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5BD85" w14:textId="77777777" w:rsidR="004463E5" w:rsidRDefault="004463E5">
      <w:pPr>
        <w:pStyle w:val="Ttulo"/>
        <w:spacing w:after="40"/>
        <w:jc w:val="center"/>
        <w:rPr>
          <w:rFonts w:ascii="Arial" w:hAnsi="Arial"/>
          <w:b/>
          <w:color w:val="000000"/>
          <w:sz w:val="24"/>
        </w:rPr>
      </w:pPr>
    </w:p>
    <w:p w14:paraId="136E5200" w14:textId="7E1E274E" w:rsidR="00B44C0C" w:rsidRPr="004463E5" w:rsidRDefault="00000000">
      <w:pPr>
        <w:pStyle w:val="Ttulo"/>
        <w:spacing w:after="40"/>
        <w:jc w:val="center"/>
        <w:rPr>
          <w:lang w:val="pt-BR"/>
        </w:rPr>
      </w:pPr>
      <w:r w:rsidRPr="004463E5">
        <w:rPr>
          <w:rFonts w:ascii="Arial" w:hAnsi="Arial"/>
          <w:b/>
          <w:color w:val="000000"/>
          <w:sz w:val="24"/>
          <w:lang w:val="pt-BR"/>
        </w:rPr>
        <w:t>LAUDO TÉCNICO DE ASSISTÊNCIA TÉCNICA</w:t>
      </w:r>
    </w:p>
    <w:p w14:paraId="0A4C8F76" w14:textId="3FC58B72" w:rsidR="00B44C0C" w:rsidRPr="004463E5" w:rsidRDefault="00000000">
      <w:pPr>
        <w:spacing w:after="100" w:line="240" w:lineRule="auto"/>
        <w:jc w:val="center"/>
        <w:rPr>
          <w:lang w:val="pt-BR"/>
        </w:rPr>
      </w:pPr>
      <w:r w:rsidRPr="004463E5">
        <w:rPr>
          <w:i/>
          <w:color w:val="444444"/>
          <w:sz w:val="16"/>
          <w:lang w:val="pt-BR"/>
        </w:rPr>
        <w:t xml:space="preserve">Ressarcimento de danos </w:t>
      </w:r>
      <w:r w:rsidR="00601DC7" w:rsidRPr="004463E5">
        <w:rPr>
          <w:i/>
          <w:color w:val="444444"/>
          <w:sz w:val="16"/>
          <w:lang w:val="pt-BR"/>
        </w:rPr>
        <w:t>elétricos | Preencher</w:t>
      </w:r>
      <w:r w:rsidRPr="004463E5">
        <w:rPr>
          <w:i/>
          <w:color w:val="444444"/>
          <w:sz w:val="16"/>
          <w:lang w:val="pt-BR"/>
        </w:rPr>
        <w:t xml:space="preserve"> um formulário para cada equipamento</w:t>
      </w:r>
    </w:p>
    <w:p w14:paraId="0802D345" w14:textId="77777777" w:rsidR="004463E5" w:rsidRDefault="004463E5" w:rsidP="00E87EA5">
      <w:pPr>
        <w:pStyle w:val="Ttulo1"/>
        <w:spacing w:before="0"/>
        <w:rPr>
          <w:rFonts w:ascii="Arial" w:hAnsi="Arial"/>
          <w:color w:val="234B63"/>
          <w:sz w:val="20"/>
          <w:lang w:val="pt-BR"/>
        </w:rPr>
      </w:pPr>
    </w:p>
    <w:p w14:paraId="362863F4" w14:textId="4353FC4C" w:rsidR="00B44C0C" w:rsidRPr="004463E5" w:rsidRDefault="00000000" w:rsidP="00E87EA5">
      <w:pPr>
        <w:pStyle w:val="Ttulo1"/>
        <w:spacing w:before="0"/>
        <w:rPr>
          <w:rFonts w:ascii="Arial" w:hAnsi="Arial"/>
          <w:color w:val="auto"/>
          <w:sz w:val="20"/>
          <w:lang w:val="pt-BR"/>
        </w:rPr>
      </w:pPr>
      <w:r w:rsidRPr="004463E5">
        <w:rPr>
          <w:rFonts w:ascii="Arial" w:hAnsi="Arial"/>
          <w:color w:val="auto"/>
          <w:sz w:val="20"/>
          <w:lang w:val="pt-BR"/>
        </w:rPr>
        <w:t xml:space="preserve">1 </w:t>
      </w:r>
      <w:r w:rsidR="004463E5" w:rsidRPr="004463E5">
        <w:rPr>
          <w:rFonts w:ascii="Arial" w:hAnsi="Arial"/>
          <w:color w:val="auto"/>
          <w:sz w:val="20"/>
          <w:lang w:val="pt-BR"/>
        </w:rPr>
        <w:t xml:space="preserve">- </w:t>
      </w:r>
      <w:r w:rsidRPr="004463E5">
        <w:rPr>
          <w:rFonts w:ascii="Arial" w:hAnsi="Arial"/>
          <w:color w:val="auto"/>
          <w:sz w:val="20"/>
          <w:lang w:val="pt-BR"/>
        </w:rPr>
        <w:t>IDENTIFICAÇÃO DO PEDIDO E DO CONSUMIDOR</w:t>
      </w:r>
    </w:p>
    <w:p w14:paraId="56920D35" w14:textId="77777777" w:rsidR="004463E5" w:rsidRDefault="004463E5" w:rsidP="00E87EA5">
      <w:pPr>
        <w:spacing w:after="0"/>
        <w:rPr>
          <w:lang w:val="pt-BR"/>
        </w:rPr>
      </w:pPr>
    </w:p>
    <w:p w14:paraId="5A416E7E" w14:textId="2C0D7DB5" w:rsidR="004463E5" w:rsidRPr="00E87EA5" w:rsidRDefault="004463E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 xml:space="preserve">NOME DO CLIENTE/CONSUMIDOR: </w:t>
      </w:r>
    </w:p>
    <w:p w14:paraId="51BA218C" w14:textId="04228C2B" w:rsidR="004463E5" w:rsidRPr="00E87EA5" w:rsidRDefault="004463E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E-MAIL:</w:t>
      </w:r>
    </w:p>
    <w:p w14:paraId="6CA5C6C2" w14:textId="34182E3C" w:rsidR="004463E5" w:rsidRPr="00E87EA5" w:rsidRDefault="004463E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PROTOCOLO SOLICITAÇÃO RESSARCIMENTO DA CEGERO:</w:t>
      </w:r>
    </w:p>
    <w:p w14:paraId="2394995A" w14:textId="16CBDE80" w:rsidR="004463E5" w:rsidRPr="00E87EA5" w:rsidRDefault="004463E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ENDEREÇO:</w:t>
      </w:r>
    </w:p>
    <w:p w14:paraId="5A748180" w14:textId="26238EF2" w:rsidR="004463E5" w:rsidRPr="00E87EA5" w:rsidRDefault="004463E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FONE:</w:t>
      </w:r>
    </w:p>
    <w:p w14:paraId="05D78BF9" w14:textId="77777777" w:rsidR="004463E5" w:rsidRPr="004463E5" w:rsidRDefault="004463E5" w:rsidP="00E87EA5">
      <w:pPr>
        <w:spacing w:after="0"/>
        <w:rPr>
          <w:lang w:val="pt-BR"/>
        </w:rPr>
      </w:pPr>
    </w:p>
    <w:p w14:paraId="10DF3BAC" w14:textId="49825704" w:rsidR="00B44C0C" w:rsidRPr="004463E5" w:rsidRDefault="00000000" w:rsidP="00E87EA5">
      <w:pPr>
        <w:pStyle w:val="Ttulo1"/>
        <w:spacing w:before="0"/>
        <w:rPr>
          <w:color w:val="auto"/>
        </w:rPr>
      </w:pPr>
      <w:r w:rsidRPr="004463E5">
        <w:rPr>
          <w:rFonts w:ascii="Arial" w:hAnsi="Arial"/>
          <w:color w:val="auto"/>
          <w:sz w:val="20"/>
        </w:rPr>
        <w:t xml:space="preserve">2 </w:t>
      </w:r>
      <w:r w:rsidR="004463E5" w:rsidRPr="004463E5">
        <w:rPr>
          <w:rFonts w:ascii="Arial" w:hAnsi="Arial"/>
          <w:color w:val="auto"/>
          <w:sz w:val="20"/>
        </w:rPr>
        <w:t xml:space="preserve">- </w:t>
      </w:r>
      <w:r w:rsidRPr="004463E5">
        <w:rPr>
          <w:rFonts w:ascii="Arial" w:hAnsi="Arial"/>
          <w:color w:val="auto"/>
          <w:sz w:val="20"/>
        </w:rPr>
        <w:t>IDENTIFICAÇÃO DO EQUIPAMENTO</w:t>
      </w:r>
    </w:p>
    <w:tbl>
      <w:tblPr>
        <w:tblW w:w="10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4"/>
        <w:gridCol w:w="3402"/>
        <w:gridCol w:w="1842"/>
        <w:gridCol w:w="3565"/>
      </w:tblGrid>
      <w:tr w:rsidR="00B44C0C" w14:paraId="1C288542" w14:textId="77777777" w:rsidTr="00E87EA5">
        <w:trPr>
          <w:cantSplit/>
          <w:jc w:val="center"/>
        </w:trPr>
        <w:tc>
          <w:tcPr>
            <w:tcW w:w="1724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00DFF8" w14:textId="77777777" w:rsidR="00B44C0C" w:rsidRPr="00E87EA5" w:rsidRDefault="00000000" w:rsidP="00E87EA5">
            <w:pPr>
              <w:spacing w:after="0"/>
            </w:pPr>
            <w:r w:rsidRPr="00E87EA5">
              <w:rPr>
                <w:b/>
                <w:color w:val="FFFFFF"/>
                <w:sz w:val="16"/>
              </w:rPr>
              <w:t>TIPO</w:t>
            </w:r>
          </w:p>
        </w:tc>
        <w:tc>
          <w:tcPr>
            <w:tcW w:w="340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F9D068F" w14:textId="77777777" w:rsidR="00B44C0C" w:rsidRPr="00E87EA5" w:rsidRDefault="00B44C0C" w:rsidP="00E87EA5">
            <w:pPr>
              <w:spacing w:after="0"/>
            </w:pPr>
          </w:p>
        </w:tc>
        <w:tc>
          <w:tcPr>
            <w:tcW w:w="1842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6117126" w14:textId="77777777" w:rsidR="00B44C0C" w:rsidRPr="00E87EA5" w:rsidRDefault="00000000" w:rsidP="00E87EA5">
            <w:pPr>
              <w:spacing w:after="0"/>
            </w:pPr>
            <w:r w:rsidRPr="00E87EA5">
              <w:rPr>
                <w:b/>
                <w:color w:val="FFFFFF"/>
                <w:sz w:val="16"/>
              </w:rPr>
              <w:t>MARCA</w:t>
            </w:r>
          </w:p>
        </w:tc>
        <w:tc>
          <w:tcPr>
            <w:tcW w:w="35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2E6012" w14:textId="77777777" w:rsidR="00B44C0C" w:rsidRDefault="00B44C0C" w:rsidP="00E87EA5">
            <w:pPr>
              <w:spacing w:after="0"/>
            </w:pPr>
          </w:p>
        </w:tc>
      </w:tr>
      <w:tr w:rsidR="00B44C0C" w14:paraId="4DEC4BBE" w14:textId="77777777" w:rsidTr="00E87EA5">
        <w:trPr>
          <w:cantSplit/>
          <w:jc w:val="center"/>
        </w:trPr>
        <w:tc>
          <w:tcPr>
            <w:tcW w:w="1724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8CEBF9" w14:textId="77777777" w:rsidR="00B44C0C" w:rsidRPr="00E87EA5" w:rsidRDefault="00000000" w:rsidP="00E87EA5">
            <w:pPr>
              <w:spacing w:after="0"/>
            </w:pPr>
            <w:r w:rsidRPr="00E87EA5">
              <w:rPr>
                <w:b/>
                <w:color w:val="FFFFFF"/>
                <w:sz w:val="16"/>
              </w:rPr>
              <w:t>MODELO</w:t>
            </w:r>
          </w:p>
        </w:tc>
        <w:tc>
          <w:tcPr>
            <w:tcW w:w="340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4595BD" w14:textId="77777777" w:rsidR="00B44C0C" w:rsidRPr="00E87EA5" w:rsidRDefault="00B44C0C" w:rsidP="00E87EA5">
            <w:pPr>
              <w:spacing w:after="0"/>
            </w:pPr>
          </w:p>
        </w:tc>
        <w:tc>
          <w:tcPr>
            <w:tcW w:w="1842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E8E24D1" w14:textId="77777777" w:rsidR="00B44C0C" w:rsidRPr="00E87EA5" w:rsidRDefault="00000000" w:rsidP="00E87EA5">
            <w:pPr>
              <w:spacing w:after="0"/>
            </w:pPr>
            <w:r w:rsidRPr="00E87EA5">
              <w:rPr>
                <w:b/>
                <w:color w:val="FFFFFF"/>
                <w:sz w:val="16"/>
              </w:rPr>
              <w:t>NÚMERO DE SÉRIE</w:t>
            </w:r>
          </w:p>
        </w:tc>
        <w:tc>
          <w:tcPr>
            <w:tcW w:w="35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271F65" w14:textId="77777777" w:rsidR="00B44C0C" w:rsidRDefault="00B44C0C" w:rsidP="00E87EA5">
            <w:pPr>
              <w:spacing w:after="0"/>
            </w:pPr>
          </w:p>
        </w:tc>
      </w:tr>
      <w:tr w:rsidR="00B44C0C" w14:paraId="4F473FA9" w14:textId="77777777" w:rsidTr="00E87EA5">
        <w:trPr>
          <w:cantSplit/>
          <w:jc w:val="center"/>
        </w:trPr>
        <w:tc>
          <w:tcPr>
            <w:tcW w:w="1724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22A0FF" w14:textId="77777777" w:rsidR="00B44C0C" w:rsidRPr="00E87EA5" w:rsidRDefault="00000000" w:rsidP="00E87EA5">
            <w:pPr>
              <w:spacing w:after="0"/>
            </w:pPr>
            <w:r w:rsidRPr="00E87EA5">
              <w:rPr>
                <w:b/>
                <w:color w:val="FFFFFF"/>
                <w:sz w:val="16"/>
              </w:rPr>
              <w:t>TENSÃO NOMINAL</w:t>
            </w:r>
          </w:p>
        </w:tc>
        <w:tc>
          <w:tcPr>
            <w:tcW w:w="340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48742D6" w14:textId="77777777" w:rsidR="00B44C0C" w:rsidRPr="00E87EA5" w:rsidRDefault="00B44C0C" w:rsidP="00E87EA5">
            <w:pPr>
              <w:spacing w:after="0"/>
            </w:pPr>
          </w:p>
        </w:tc>
        <w:tc>
          <w:tcPr>
            <w:tcW w:w="1842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1BCA4F" w14:textId="77777777" w:rsidR="00B44C0C" w:rsidRPr="00E87EA5" w:rsidRDefault="00000000" w:rsidP="00E87EA5">
            <w:pPr>
              <w:spacing w:after="0"/>
            </w:pPr>
            <w:r w:rsidRPr="00E87EA5">
              <w:rPr>
                <w:b/>
                <w:color w:val="FFFFFF"/>
                <w:sz w:val="16"/>
              </w:rPr>
              <w:t>DATA DE ENTRADA</w:t>
            </w:r>
          </w:p>
        </w:tc>
        <w:tc>
          <w:tcPr>
            <w:tcW w:w="35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2D05DF" w14:textId="77777777" w:rsidR="00B44C0C" w:rsidRDefault="00B44C0C" w:rsidP="00E87EA5">
            <w:pPr>
              <w:spacing w:after="0"/>
            </w:pPr>
          </w:p>
        </w:tc>
      </w:tr>
      <w:tr w:rsidR="00B44C0C" w14:paraId="7FECD4DB" w14:textId="77777777" w:rsidTr="00E87EA5">
        <w:trPr>
          <w:cantSplit/>
          <w:jc w:val="center"/>
        </w:trPr>
        <w:tc>
          <w:tcPr>
            <w:tcW w:w="1724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6215C6" w14:textId="77777777" w:rsidR="00B44C0C" w:rsidRPr="00E87EA5" w:rsidRDefault="00000000" w:rsidP="00E87EA5">
            <w:pPr>
              <w:spacing w:after="0"/>
            </w:pPr>
            <w:r w:rsidRPr="00E87EA5">
              <w:rPr>
                <w:b/>
                <w:color w:val="FFFFFF"/>
                <w:sz w:val="16"/>
              </w:rPr>
              <w:t>ESTADO DO EQUIPAMENTO</w:t>
            </w:r>
          </w:p>
        </w:tc>
        <w:tc>
          <w:tcPr>
            <w:tcW w:w="340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EA55E5" w14:textId="77777777" w:rsidR="00B44C0C" w:rsidRPr="00E87EA5" w:rsidRDefault="00000000" w:rsidP="00E87EA5">
            <w:pPr>
              <w:spacing w:after="0"/>
              <w:rPr>
                <w:sz w:val="20"/>
                <w:szCs w:val="20"/>
              </w:rPr>
            </w:pPr>
            <w:r w:rsidRPr="00E87EA5">
              <w:rPr>
                <w:color w:val="000000"/>
                <w:sz w:val="20"/>
                <w:szCs w:val="20"/>
              </w:rPr>
              <w:t xml:space="preserve">(   ) </w:t>
            </w:r>
            <w:proofErr w:type="spellStart"/>
            <w:r w:rsidRPr="00E87EA5">
              <w:rPr>
                <w:color w:val="000000"/>
                <w:sz w:val="20"/>
                <w:szCs w:val="20"/>
              </w:rPr>
              <w:t>Não</w:t>
            </w:r>
            <w:proofErr w:type="spellEnd"/>
            <w:r w:rsidRPr="00E87EA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7EA5">
              <w:rPr>
                <w:color w:val="000000"/>
                <w:sz w:val="20"/>
                <w:szCs w:val="20"/>
              </w:rPr>
              <w:t>reparado</w:t>
            </w:r>
            <w:proofErr w:type="spellEnd"/>
            <w:r w:rsidRPr="00E87EA5">
              <w:rPr>
                <w:color w:val="000000"/>
                <w:sz w:val="20"/>
                <w:szCs w:val="20"/>
              </w:rPr>
              <w:t xml:space="preserve">   (   ) </w:t>
            </w:r>
            <w:proofErr w:type="spellStart"/>
            <w:r w:rsidRPr="00E87EA5">
              <w:rPr>
                <w:color w:val="000000"/>
                <w:sz w:val="20"/>
                <w:szCs w:val="20"/>
              </w:rPr>
              <w:t>Já</w:t>
            </w:r>
            <w:proofErr w:type="spellEnd"/>
            <w:r w:rsidRPr="00E87EA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7EA5">
              <w:rPr>
                <w:color w:val="000000"/>
                <w:sz w:val="20"/>
                <w:szCs w:val="20"/>
              </w:rPr>
              <w:t>reparado</w:t>
            </w:r>
            <w:proofErr w:type="spellEnd"/>
          </w:p>
        </w:tc>
        <w:tc>
          <w:tcPr>
            <w:tcW w:w="1842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4EE33E4" w14:textId="77777777" w:rsidR="00B44C0C" w:rsidRPr="00E87EA5" w:rsidRDefault="00000000" w:rsidP="00E87EA5">
            <w:pPr>
              <w:spacing w:after="0"/>
            </w:pPr>
            <w:r w:rsidRPr="00E87EA5">
              <w:rPr>
                <w:b/>
                <w:color w:val="FFFFFF"/>
                <w:sz w:val="16"/>
              </w:rPr>
              <w:t>PEÇAS DISPONÍVEIS</w:t>
            </w:r>
          </w:p>
        </w:tc>
        <w:tc>
          <w:tcPr>
            <w:tcW w:w="35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1499BDB" w14:textId="77777777" w:rsidR="00B44C0C" w:rsidRPr="004463E5" w:rsidRDefault="00000000" w:rsidP="00E87EA5">
            <w:pPr>
              <w:spacing w:after="0"/>
              <w:rPr>
                <w:sz w:val="20"/>
                <w:szCs w:val="20"/>
              </w:rPr>
            </w:pPr>
            <w:r w:rsidRPr="004463E5">
              <w:rPr>
                <w:color w:val="000000"/>
                <w:sz w:val="20"/>
                <w:szCs w:val="20"/>
              </w:rPr>
              <w:t xml:space="preserve">(   ) Sim   (   ) </w:t>
            </w:r>
            <w:proofErr w:type="spellStart"/>
            <w:r w:rsidRPr="004463E5">
              <w:rPr>
                <w:color w:val="000000"/>
                <w:sz w:val="20"/>
                <w:szCs w:val="20"/>
              </w:rPr>
              <w:t>Não</w:t>
            </w:r>
            <w:proofErr w:type="spellEnd"/>
          </w:p>
        </w:tc>
      </w:tr>
    </w:tbl>
    <w:p w14:paraId="1B5640C2" w14:textId="77777777" w:rsidR="004463E5" w:rsidRDefault="004463E5" w:rsidP="00E87EA5">
      <w:pPr>
        <w:pStyle w:val="Ttulo1"/>
        <w:spacing w:before="0"/>
        <w:rPr>
          <w:rFonts w:ascii="Arial" w:hAnsi="Arial"/>
          <w:color w:val="234B63"/>
          <w:sz w:val="20"/>
          <w:lang w:val="pt-BR"/>
        </w:rPr>
      </w:pPr>
    </w:p>
    <w:p w14:paraId="3BAECD85" w14:textId="278D0194" w:rsidR="00B44C0C" w:rsidRDefault="004463E5" w:rsidP="00E87EA5">
      <w:pPr>
        <w:pStyle w:val="Ttulo1"/>
        <w:spacing w:before="0"/>
        <w:rPr>
          <w:rFonts w:ascii="Arial" w:hAnsi="Arial"/>
          <w:b w:val="0"/>
          <w:i/>
          <w:color w:val="4D4D4D"/>
          <w:sz w:val="16"/>
          <w:lang w:val="pt-BR"/>
        </w:rPr>
      </w:pPr>
      <w:r w:rsidRPr="004463E5">
        <w:rPr>
          <w:rFonts w:ascii="Arial" w:hAnsi="Arial"/>
          <w:color w:val="auto"/>
          <w:sz w:val="20"/>
          <w:lang w:val="pt-BR"/>
        </w:rPr>
        <w:t>3 - LAUDO TÉCNICO</w:t>
      </w:r>
      <w:r w:rsidRPr="004463E5">
        <w:rPr>
          <w:rFonts w:ascii="Arial" w:hAnsi="Arial"/>
          <w:b w:val="0"/>
          <w:i/>
          <w:color w:val="4D4D4D"/>
          <w:sz w:val="16"/>
          <w:lang w:val="pt-BR"/>
        </w:rPr>
        <w:t xml:space="preserve"> </w:t>
      </w:r>
      <w:r>
        <w:rPr>
          <w:rFonts w:ascii="Arial" w:hAnsi="Arial"/>
          <w:b w:val="0"/>
          <w:i/>
          <w:color w:val="4D4D4D"/>
          <w:sz w:val="16"/>
          <w:lang w:val="pt-BR"/>
        </w:rPr>
        <w:t xml:space="preserve">- </w:t>
      </w:r>
      <w:r w:rsidRPr="004463E5">
        <w:rPr>
          <w:rFonts w:ascii="Arial" w:hAnsi="Arial"/>
          <w:b w:val="0"/>
          <w:i/>
          <w:color w:val="4D4D4D"/>
          <w:sz w:val="18"/>
          <w:szCs w:val="18"/>
          <w:lang w:val="pt-BR"/>
        </w:rPr>
        <w:t>diagnóstico e conclusão fundamentada</w:t>
      </w:r>
    </w:p>
    <w:p w14:paraId="1CC0C715" w14:textId="77777777" w:rsidR="004463E5" w:rsidRDefault="004463E5" w:rsidP="00E87EA5">
      <w:pPr>
        <w:keepNext/>
        <w:spacing w:after="0"/>
        <w:rPr>
          <w:b/>
          <w:color w:val="000000"/>
          <w:sz w:val="17"/>
          <w:lang w:val="pt-BR"/>
        </w:rPr>
      </w:pPr>
    </w:p>
    <w:p w14:paraId="3C0F455A" w14:textId="65CF2483" w:rsidR="00B44C0C" w:rsidRDefault="004463E5" w:rsidP="00E87EA5">
      <w:pPr>
        <w:keepNext/>
        <w:spacing w:after="0"/>
        <w:rPr>
          <w:bCs/>
          <w:color w:val="000000"/>
          <w:szCs w:val="18"/>
          <w:lang w:val="pt-BR"/>
        </w:rPr>
      </w:pPr>
      <w:r w:rsidRPr="004463E5">
        <w:rPr>
          <w:bCs/>
          <w:color w:val="000000"/>
          <w:szCs w:val="18"/>
          <w:lang w:val="pt-BR"/>
        </w:rPr>
        <w:t>3.1 DEFEITO INFORMADO PELO CLIENTE</w:t>
      </w:r>
    </w:p>
    <w:p w14:paraId="2C6FB997" w14:textId="77777777" w:rsidR="004463E5" w:rsidRPr="004463E5" w:rsidRDefault="004463E5" w:rsidP="00E87EA5">
      <w:pPr>
        <w:keepNext/>
        <w:spacing w:after="0"/>
        <w:rPr>
          <w:bCs/>
          <w:szCs w:val="18"/>
          <w:lang w:val="pt-BR"/>
        </w:rPr>
      </w:pPr>
    </w:p>
    <w:p w14:paraId="3A35337E" w14:textId="77777777" w:rsidR="004463E5" w:rsidRPr="004463E5" w:rsidRDefault="004463E5" w:rsidP="00E87EA5">
      <w:pPr>
        <w:spacing w:after="0"/>
        <w:rPr>
          <w:lang w:val="pt-BR"/>
        </w:rPr>
      </w:pPr>
      <w:r>
        <w:rPr>
          <w:lang w:val="pt-BR"/>
        </w:rPr>
        <w:t>_____________________________________________________________________________________________________</w:t>
      </w:r>
    </w:p>
    <w:p w14:paraId="49FED37A" w14:textId="5003BB4C" w:rsidR="004463E5" w:rsidRPr="004463E5" w:rsidRDefault="004463E5" w:rsidP="00E87EA5">
      <w:pPr>
        <w:spacing w:after="0"/>
        <w:rPr>
          <w:lang w:val="pt-BR"/>
        </w:rPr>
      </w:pPr>
    </w:p>
    <w:p w14:paraId="40C88107" w14:textId="670AC2EE" w:rsidR="004463E5" w:rsidRPr="004463E5" w:rsidRDefault="004463E5" w:rsidP="00E87EA5">
      <w:pPr>
        <w:tabs>
          <w:tab w:val="right" w:pos="10206"/>
        </w:tabs>
        <w:spacing w:after="0"/>
        <w:rPr>
          <w:bCs/>
          <w:szCs w:val="18"/>
          <w:lang w:val="pt-BR"/>
        </w:rPr>
      </w:pPr>
      <w:r>
        <w:rPr>
          <w:bCs/>
          <w:szCs w:val="18"/>
          <w:lang w:val="pt-BR"/>
        </w:rPr>
        <w:t>_____________________________________________________________________________________________________</w:t>
      </w:r>
      <w:r>
        <w:rPr>
          <w:bCs/>
          <w:szCs w:val="18"/>
          <w:lang w:val="pt-BR"/>
        </w:rPr>
        <w:tab/>
      </w:r>
    </w:p>
    <w:p w14:paraId="1C975125" w14:textId="7410B787" w:rsidR="004463E5" w:rsidRPr="004463E5" w:rsidRDefault="004463E5" w:rsidP="00E87EA5">
      <w:pPr>
        <w:spacing w:after="0"/>
        <w:rPr>
          <w:bCs/>
          <w:szCs w:val="18"/>
          <w:lang w:val="pt-BR"/>
        </w:rPr>
      </w:pPr>
    </w:p>
    <w:p w14:paraId="45286728" w14:textId="6ACE89B9" w:rsidR="00B44C0C" w:rsidRDefault="004463E5" w:rsidP="00E87EA5">
      <w:pPr>
        <w:keepNext/>
        <w:spacing w:after="0"/>
        <w:rPr>
          <w:bCs/>
          <w:i/>
          <w:szCs w:val="18"/>
          <w:lang w:val="pt-BR"/>
        </w:rPr>
      </w:pPr>
      <w:r>
        <w:rPr>
          <w:bCs/>
          <w:szCs w:val="18"/>
          <w:lang w:val="pt-BR"/>
        </w:rPr>
        <w:t>3.2</w:t>
      </w:r>
      <w:r w:rsidRPr="004463E5">
        <w:rPr>
          <w:bCs/>
          <w:szCs w:val="18"/>
          <w:lang w:val="pt-BR"/>
        </w:rPr>
        <w:t xml:space="preserve"> INSPEÇÕES E TESTES REALIZADOS</w:t>
      </w:r>
      <w:r w:rsidRPr="004463E5">
        <w:rPr>
          <w:bCs/>
          <w:i/>
          <w:szCs w:val="18"/>
          <w:lang w:val="pt-BR"/>
        </w:rPr>
        <w:t xml:space="preserve"> </w:t>
      </w:r>
      <w:r>
        <w:rPr>
          <w:bCs/>
          <w:i/>
          <w:szCs w:val="18"/>
          <w:lang w:val="pt-BR"/>
        </w:rPr>
        <w:t xml:space="preserve">- </w:t>
      </w:r>
      <w:r w:rsidRPr="004463E5">
        <w:rPr>
          <w:bCs/>
          <w:i/>
          <w:szCs w:val="18"/>
          <w:lang w:val="pt-BR"/>
        </w:rPr>
        <w:t>Informar medições, instrumentos e procedimentos utilizados</w:t>
      </w:r>
    </w:p>
    <w:p w14:paraId="36D125EB" w14:textId="77777777" w:rsidR="004463E5" w:rsidRPr="004463E5" w:rsidRDefault="004463E5" w:rsidP="00E87EA5">
      <w:pPr>
        <w:keepNext/>
        <w:spacing w:after="0"/>
        <w:rPr>
          <w:bCs/>
          <w:szCs w:val="18"/>
          <w:lang w:val="pt-BR"/>
        </w:rPr>
      </w:pPr>
    </w:p>
    <w:p w14:paraId="7D6887E9" w14:textId="77777777" w:rsidR="004463E5" w:rsidRPr="00E87EA5" w:rsidRDefault="004463E5" w:rsidP="00E87EA5">
      <w:pPr>
        <w:spacing w:after="0"/>
        <w:rPr>
          <w:lang w:val="pt-BR"/>
        </w:rPr>
      </w:pPr>
      <w:r w:rsidRPr="00E87EA5">
        <w:rPr>
          <w:lang w:val="pt-BR"/>
        </w:rPr>
        <w:t>_____________________________________________________________________________________________________</w:t>
      </w:r>
    </w:p>
    <w:p w14:paraId="05297F7A" w14:textId="240C0D57" w:rsidR="004463E5" w:rsidRPr="00E87EA5" w:rsidRDefault="004463E5" w:rsidP="00E87EA5">
      <w:pPr>
        <w:spacing w:after="0"/>
        <w:rPr>
          <w:lang w:val="pt-BR"/>
        </w:rPr>
      </w:pPr>
    </w:p>
    <w:p w14:paraId="382EB505" w14:textId="35F056BA" w:rsidR="00B44C0C" w:rsidRPr="004463E5" w:rsidRDefault="00000000" w:rsidP="00E87EA5">
      <w:pPr>
        <w:spacing w:after="0"/>
        <w:rPr>
          <w:bCs/>
          <w:szCs w:val="18"/>
          <w:lang w:val="pt-BR"/>
        </w:rPr>
      </w:pPr>
      <w:r w:rsidRPr="004463E5">
        <w:rPr>
          <w:bCs/>
          <w:szCs w:val="18"/>
          <w:lang w:val="pt-BR"/>
        </w:rPr>
        <w:t>_____________________________________________________________________________________________________</w:t>
      </w:r>
    </w:p>
    <w:p w14:paraId="7880BDF3" w14:textId="77777777" w:rsidR="004463E5" w:rsidRDefault="004463E5" w:rsidP="00E87EA5">
      <w:pPr>
        <w:keepNext/>
        <w:spacing w:after="0"/>
        <w:rPr>
          <w:bCs/>
          <w:szCs w:val="18"/>
          <w:lang w:val="pt-BR"/>
        </w:rPr>
      </w:pPr>
    </w:p>
    <w:p w14:paraId="72E349CB" w14:textId="57907350" w:rsidR="00B44C0C" w:rsidRPr="004463E5" w:rsidRDefault="004463E5" w:rsidP="00E87EA5">
      <w:pPr>
        <w:keepNext/>
        <w:spacing w:after="0"/>
        <w:rPr>
          <w:bCs/>
          <w:szCs w:val="18"/>
          <w:lang w:val="pt-BR"/>
        </w:rPr>
      </w:pPr>
      <w:r>
        <w:rPr>
          <w:bCs/>
          <w:szCs w:val="18"/>
          <w:lang w:val="pt-BR"/>
        </w:rPr>
        <w:t>3.3</w:t>
      </w:r>
      <w:r w:rsidRPr="004463E5">
        <w:rPr>
          <w:bCs/>
          <w:szCs w:val="18"/>
          <w:lang w:val="pt-BR"/>
        </w:rPr>
        <w:t xml:space="preserve"> DIAGNÓSTICO TÉCNICO E COMPONENTES AVARIADOS</w:t>
      </w:r>
      <w:r w:rsidRPr="004463E5">
        <w:rPr>
          <w:bCs/>
          <w:i/>
          <w:szCs w:val="18"/>
          <w:lang w:val="pt-BR"/>
        </w:rPr>
        <w:t xml:space="preserve"> </w:t>
      </w:r>
      <w:r>
        <w:rPr>
          <w:bCs/>
          <w:i/>
          <w:szCs w:val="18"/>
          <w:lang w:val="pt-BR"/>
        </w:rPr>
        <w:t xml:space="preserve">- </w:t>
      </w:r>
      <w:r w:rsidRPr="004463E5">
        <w:rPr>
          <w:bCs/>
          <w:i/>
          <w:szCs w:val="18"/>
          <w:lang w:val="pt-BR"/>
        </w:rPr>
        <w:t>Descrever defeitos, componentes e evidências técnicas</w:t>
      </w:r>
    </w:p>
    <w:p w14:paraId="6A9DCF98" w14:textId="77777777" w:rsidR="004463E5" w:rsidRDefault="004463E5" w:rsidP="00E87EA5">
      <w:pPr>
        <w:spacing w:after="0"/>
      </w:pPr>
      <w:r>
        <w:rPr>
          <w:bCs/>
          <w:szCs w:val="18"/>
        </w:rPr>
        <w:t>_____________________________________________________________________________________________________</w:t>
      </w:r>
    </w:p>
    <w:p w14:paraId="7B4ED5CE" w14:textId="1A6D352D" w:rsidR="004463E5" w:rsidRPr="004463E5" w:rsidRDefault="004463E5" w:rsidP="00E87EA5">
      <w:pPr>
        <w:spacing w:after="0"/>
        <w:rPr>
          <w:bCs/>
          <w:szCs w:val="18"/>
        </w:rPr>
      </w:pPr>
    </w:p>
    <w:p w14:paraId="4DCDF57D" w14:textId="77777777" w:rsidR="004463E5" w:rsidRDefault="004463E5" w:rsidP="00E87EA5">
      <w:pPr>
        <w:spacing w:after="0"/>
      </w:pPr>
      <w:r>
        <w:rPr>
          <w:bCs/>
          <w:szCs w:val="18"/>
        </w:rPr>
        <w:t>_____________________________________________________________________________________________________</w:t>
      </w:r>
    </w:p>
    <w:p w14:paraId="61442A29" w14:textId="0F125830" w:rsidR="004463E5" w:rsidRPr="004463E5" w:rsidRDefault="004463E5" w:rsidP="00E87EA5">
      <w:pPr>
        <w:spacing w:after="0"/>
        <w:rPr>
          <w:bCs/>
          <w:szCs w:val="18"/>
        </w:rPr>
      </w:pPr>
    </w:p>
    <w:p w14:paraId="1B293FA8" w14:textId="77777777" w:rsidR="004463E5" w:rsidRDefault="004463E5" w:rsidP="00E87EA5">
      <w:pPr>
        <w:spacing w:after="0"/>
      </w:pPr>
      <w:r>
        <w:rPr>
          <w:bCs/>
          <w:szCs w:val="18"/>
        </w:rPr>
        <w:t>_____________________________________________________________________________________________________</w:t>
      </w:r>
    </w:p>
    <w:p w14:paraId="6CB7918E" w14:textId="5957DF95" w:rsidR="004463E5" w:rsidRPr="004463E5" w:rsidRDefault="004463E5" w:rsidP="00E87EA5">
      <w:pPr>
        <w:spacing w:after="0"/>
        <w:rPr>
          <w:bCs/>
          <w:szCs w:val="18"/>
        </w:rPr>
      </w:pPr>
    </w:p>
    <w:p w14:paraId="695409B8" w14:textId="24E56F35" w:rsidR="00B44C0C" w:rsidRPr="00713C08" w:rsidRDefault="00713C08" w:rsidP="00E87EA5">
      <w:pPr>
        <w:pStyle w:val="Ttulo1"/>
        <w:spacing w:before="0"/>
        <w:rPr>
          <w:b w:val="0"/>
          <w:bCs w:val="0"/>
          <w:color w:val="auto"/>
        </w:rPr>
      </w:pPr>
      <w:r w:rsidRPr="00713C08">
        <w:rPr>
          <w:rFonts w:ascii="Arial" w:hAnsi="Arial"/>
          <w:b w:val="0"/>
          <w:bCs w:val="0"/>
          <w:color w:val="auto"/>
          <w:sz w:val="20"/>
        </w:rPr>
        <w:t>3.4</w:t>
      </w:r>
      <w:r w:rsidR="004463E5" w:rsidRPr="00713C08">
        <w:rPr>
          <w:rFonts w:ascii="Arial" w:hAnsi="Arial"/>
          <w:b w:val="0"/>
          <w:bCs w:val="0"/>
          <w:color w:val="auto"/>
          <w:sz w:val="20"/>
        </w:rPr>
        <w:t xml:space="preserve"> - CONDIÇÃO</w:t>
      </w:r>
      <w:r w:rsidRPr="00713C08">
        <w:rPr>
          <w:rFonts w:ascii="Arial" w:hAnsi="Arial"/>
          <w:b w:val="0"/>
          <w:bCs w:val="0"/>
          <w:color w:val="auto"/>
          <w:sz w:val="20"/>
        </w:rPr>
        <w:t xml:space="preserve"> TÉCNICA E REPARABILIDADE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B44C0C" w:rsidRPr="0053436C" w14:paraId="7B2FBC64" w14:textId="77777777" w:rsidTr="00713C08">
        <w:trPr>
          <w:cantSplit/>
          <w:jc w:val="center"/>
        </w:trPr>
        <w:tc>
          <w:tcPr>
            <w:tcW w:w="51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05C4CA" w14:textId="77777777" w:rsidR="00B44C0C" w:rsidRPr="00713C08" w:rsidRDefault="00000000" w:rsidP="00E87EA5">
            <w:pPr>
              <w:spacing w:after="0"/>
              <w:rPr>
                <w:sz w:val="20"/>
                <w:szCs w:val="20"/>
                <w:lang w:val="pt-BR"/>
              </w:rPr>
            </w:pPr>
            <w:r w:rsidRPr="00713C08">
              <w:rPr>
                <w:b/>
                <w:bCs/>
                <w:color w:val="000000"/>
                <w:sz w:val="20"/>
                <w:szCs w:val="20"/>
                <w:lang w:val="pt-BR"/>
              </w:rPr>
              <w:t>Entrada ou fonte de alimentação afetada</w:t>
            </w:r>
            <w:r w:rsidRPr="00713C08">
              <w:rPr>
                <w:color w:val="000000"/>
                <w:sz w:val="20"/>
                <w:szCs w:val="20"/>
                <w:lang w:val="pt-BR"/>
              </w:rPr>
              <w:br/>
              <w:t>(   ) Sim   (   ) Não   (   ) Não se aplica</w:t>
            </w:r>
          </w:p>
        </w:tc>
        <w:tc>
          <w:tcPr>
            <w:tcW w:w="51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05B5744" w14:textId="77777777" w:rsidR="00B44C0C" w:rsidRPr="00713C08" w:rsidRDefault="00000000" w:rsidP="00E87EA5">
            <w:pPr>
              <w:spacing w:after="0"/>
              <w:rPr>
                <w:sz w:val="20"/>
                <w:szCs w:val="20"/>
                <w:lang w:val="pt-BR"/>
              </w:rPr>
            </w:pPr>
            <w:r w:rsidRPr="00713C08">
              <w:rPr>
                <w:b/>
                <w:bCs/>
                <w:color w:val="000000"/>
                <w:sz w:val="20"/>
                <w:szCs w:val="20"/>
                <w:lang w:val="pt-BR"/>
              </w:rPr>
              <w:t>Situação do equipamento</w:t>
            </w:r>
            <w:r w:rsidRPr="00713C08">
              <w:rPr>
                <w:color w:val="000000"/>
                <w:sz w:val="20"/>
                <w:szCs w:val="20"/>
                <w:lang w:val="pt-BR"/>
              </w:rPr>
              <w:br/>
              <w:t>(   ) Reparável   (   ) Perda total   (   ) Reparo antieconômico</w:t>
            </w:r>
          </w:p>
        </w:tc>
      </w:tr>
      <w:tr w:rsidR="00B44C0C" w:rsidRPr="0053436C" w14:paraId="5AEF7D1A" w14:textId="77777777" w:rsidTr="00713C08">
        <w:trPr>
          <w:cantSplit/>
          <w:jc w:val="center"/>
        </w:trPr>
        <w:tc>
          <w:tcPr>
            <w:tcW w:w="51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5B4FB9" w14:textId="77777777" w:rsidR="00B44C0C" w:rsidRPr="00713C08" w:rsidRDefault="00000000" w:rsidP="00E87EA5">
            <w:pPr>
              <w:spacing w:after="0"/>
              <w:rPr>
                <w:sz w:val="20"/>
                <w:szCs w:val="20"/>
                <w:lang w:val="pt-BR"/>
              </w:rPr>
            </w:pPr>
            <w:r w:rsidRPr="00713C08">
              <w:rPr>
                <w:b/>
                <w:bCs/>
                <w:color w:val="000000"/>
                <w:sz w:val="20"/>
                <w:szCs w:val="20"/>
                <w:lang w:val="pt-BR"/>
              </w:rPr>
              <w:t>Houve sinais de intervenção ou adulteração?</w:t>
            </w:r>
            <w:r w:rsidRPr="00713C08">
              <w:rPr>
                <w:color w:val="000000"/>
                <w:sz w:val="20"/>
                <w:szCs w:val="20"/>
                <w:lang w:val="pt-BR"/>
              </w:rPr>
              <w:br/>
              <w:t>(   ) Não   (   ) Sim. Descrever no diagnóstico</w:t>
            </w:r>
          </w:p>
        </w:tc>
        <w:tc>
          <w:tcPr>
            <w:tcW w:w="51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0E4EBD" w14:textId="77777777" w:rsidR="00B44C0C" w:rsidRPr="00713C08" w:rsidRDefault="00000000" w:rsidP="00E87EA5">
            <w:pPr>
              <w:spacing w:after="0"/>
              <w:rPr>
                <w:sz w:val="20"/>
                <w:szCs w:val="20"/>
                <w:lang w:val="pt-BR"/>
              </w:rPr>
            </w:pPr>
            <w:r w:rsidRPr="00713C08">
              <w:rPr>
                <w:b/>
                <w:bCs/>
                <w:color w:val="000000"/>
                <w:sz w:val="20"/>
                <w:szCs w:val="20"/>
                <w:lang w:val="pt-BR"/>
              </w:rPr>
              <w:t>Condição das peças danificadas</w:t>
            </w:r>
            <w:r w:rsidRPr="00713C08">
              <w:rPr>
                <w:color w:val="000000"/>
                <w:sz w:val="20"/>
                <w:szCs w:val="20"/>
                <w:lang w:val="pt-BR"/>
              </w:rPr>
              <w:br/>
              <w:t>(   ) Preservadas   (   ) Substituídas   (   ) Indisponíveis</w:t>
            </w:r>
          </w:p>
        </w:tc>
      </w:tr>
    </w:tbl>
    <w:p w14:paraId="247C04A3" w14:textId="77777777" w:rsidR="00713C08" w:rsidRDefault="00713C08" w:rsidP="00E87EA5">
      <w:pPr>
        <w:keepNext/>
        <w:spacing w:after="0"/>
        <w:rPr>
          <w:b/>
          <w:color w:val="000000"/>
          <w:sz w:val="17"/>
          <w:lang w:val="pt-BR"/>
        </w:rPr>
      </w:pPr>
    </w:p>
    <w:p w14:paraId="309F437C" w14:textId="0DCFF4B3" w:rsidR="00B44C0C" w:rsidRDefault="00713C08" w:rsidP="00E87EA5">
      <w:pPr>
        <w:keepNext/>
        <w:spacing w:after="0"/>
        <w:rPr>
          <w:rFonts w:cs="Arial"/>
          <w:i/>
          <w:sz w:val="20"/>
          <w:szCs w:val="20"/>
          <w:lang w:val="pt-BR"/>
        </w:rPr>
      </w:pPr>
      <w:r w:rsidRPr="00713C08">
        <w:rPr>
          <w:rFonts w:cs="Arial"/>
          <w:b/>
          <w:sz w:val="20"/>
          <w:szCs w:val="20"/>
          <w:lang w:val="pt-BR"/>
        </w:rPr>
        <w:t>3.5 CAUSA PROVÁVEL DO DANO E FUNDAMENTAÇÃO TÉCNICA</w:t>
      </w:r>
      <w:r w:rsidRPr="00713C08">
        <w:rPr>
          <w:rFonts w:cs="Arial"/>
          <w:i/>
          <w:sz w:val="20"/>
          <w:szCs w:val="20"/>
          <w:lang w:val="pt-BR"/>
        </w:rPr>
        <w:t xml:space="preserve"> -</w:t>
      </w:r>
      <w:r>
        <w:rPr>
          <w:rFonts w:cs="Arial"/>
          <w:i/>
          <w:sz w:val="20"/>
          <w:szCs w:val="20"/>
          <w:lang w:val="pt-BR"/>
        </w:rPr>
        <w:t xml:space="preserve"> </w:t>
      </w:r>
      <w:r w:rsidRPr="00713C08">
        <w:rPr>
          <w:rFonts w:cs="Arial"/>
          <w:i/>
          <w:sz w:val="20"/>
          <w:szCs w:val="20"/>
          <w:lang w:val="pt-BR"/>
        </w:rPr>
        <w:t>Relacionar o mecanismo da falha aos componentes avariados</w:t>
      </w:r>
    </w:p>
    <w:p w14:paraId="7C598F90" w14:textId="7556AB3B" w:rsidR="00713C08" w:rsidRPr="00713C08" w:rsidRDefault="00713C08" w:rsidP="00E87EA5">
      <w:pPr>
        <w:keepNext/>
        <w:spacing w:after="0"/>
        <w:rPr>
          <w:rFonts w:cs="Arial"/>
          <w:sz w:val="20"/>
          <w:szCs w:val="20"/>
          <w:lang w:val="pt-BR"/>
        </w:rPr>
      </w:pPr>
      <w:r>
        <w:rPr>
          <w:rFonts w:cs="Arial"/>
          <w:i/>
          <w:sz w:val="20"/>
          <w:szCs w:val="2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D1EB8C" w14:textId="550467CA" w:rsidR="00E87EA5" w:rsidRDefault="00000000" w:rsidP="0053436C">
      <w:pPr>
        <w:spacing w:after="0"/>
        <w:rPr>
          <w:rFonts w:cs="Arial"/>
          <w:sz w:val="20"/>
          <w:szCs w:val="20"/>
          <w:lang w:val="pt-BR"/>
        </w:rPr>
      </w:pPr>
      <w:r w:rsidRPr="00713C08">
        <w:rPr>
          <w:rFonts w:cs="Arial"/>
          <w:sz w:val="20"/>
          <w:szCs w:val="20"/>
          <w:lang w:val="pt-BR"/>
        </w:rPr>
        <w:t>___________________________________________________________________________________________</w:t>
      </w:r>
    </w:p>
    <w:p w14:paraId="472AF43E" w14:textId="2969B859" w:rsidR="00B44C0C" w:rsidRDefault="00713C08" w:rsidP="00E87EA5">
      <w:pPr>
        <w:pStyle w:val="Ttulo1"/>
        <w:spacing w:before="0"/>
        <w:rPr>
          <w:rFonts w:ascii="Arial" w:hAnsi="Arial" w:cs="Arial"/>
          <w:color w:val="auto"/>
          <w:sz w:val="20"/>
          <w:szCs w:val="20"/>
          <w:lang w:val="pt-BR"/>
        </w:rPr>
      </w:pPr>
      <w:r w:rsidRPr="00713C08">
        <w:rPr>
          <w:rFonts w:ascii="Arial" w:hAnsi="Arial" w:cs="Arial"/>
          <w:color w:val="auto"/>
          <w:sz w:val="20"/>
          <w:szCs w:val="20"/>
          <w:lang w:val="pt-BR"/>
        </w:rPr>
        <w:lastRenderedPageBreak/>
        <w:t>3.6 CONCLUSÃO TÉCNICA</w:t>
      </w:r>
    </w:p>
    <w:p w14:paraId="74057763" w14:textId="77777777" w:rsidR="00713C08" w:rsidRPr="00713C08" w:rsidRDefault="00713C08" w:rsidP="00E87EA5">
      <w:pPr>
        <w:spacing w:after="0"/>
        <w:rPr>
          <w:lang w:val="pt-BR"/>
        </w:rPr>
      </w:pPr>
    </w:p>
    <w:p w14:paraId="03B5B23E" w14:textId="77777777" w:rsidR="00713C08" w:rsidRDefault="00000000" w:rsidP="00E87EA5">
      <w:pPr>
        <w:spacing w:after="0"/>
        <w:rPr>
          <w:rFonts w:cs="Arial"/>
          <w:b/>
          <w:sz w:val="20"/>
          <w:szCs w:val="20"/>
          <w:lang w:val="pt-BR"/>
        </w:rPr>
      </w:pPr>
      <w:r w:rsidRPr="00713C08">
        <w:rPr>
          <w:rFonts w:cs="Arial"/>
          <w:b/>
          <w:sz w:val="20"/>
          <w:szCs w:val="20"/>
          <w:lang w:val="pt-BR"/>
        </w:rPr>
        <w:t xml:space="preserve">Quanto à provável origem do dano:  </w:t>
      </w:r>
    </w:p>
    <w:p w14:paraId="11FED79B" w14:textId="77777777" w:rsidR="00713C08" w:rsidRDefault="00713C08" w:rsidP="00E87EA5">
      <w:pPr>
        <w:spacing w:after="0"/>
        <w:rPr>
          <w:rFonts w:cs="Arial"/>
          <w:b/>
          <w:sz w:val="20"/>
          <w:szCs w:val="20"/>
          <w:lang w:val="pt-BR"/>
        </w:rPr>
      </w:pPr>
    </w:p>
    <w:p w14:paraId="7CCA4695" w14:textId="77777777" w:rsidR="00713C08" w:rsidRDefault="00000000" w:rsidP="00E87EA5">
      <w:pPr>
        <w:spacing w:after="0"/>
        <w:rPr>
          <w:rFonts w:cs="Arial"/>
          <w:sz w:val="20"/>
          <w:szCs w:val="20"/>
          <w:lang w:val="pt-BR"/>
        </w:rPr>
      </w:pPr>
      <w:r w:rsidRPr="00713C08">
        <w:rPr>
          <w:rFonts w:cs="Arial"/>
          <w:sz w:val="20"/>
          <w:szCs w:val="20"/>
          <w:lang w:val="pt-BR"/>
        </w:rPr>
        <w:t xml:space="preserve">(   ) Compatível com perturbação elétrica proveniente da alimentação   </w:t>
      </w:r>
    </w:p>
    <w:p w14:paraId="3FA10BBB" w14:textId="77777777" w:rsidR="00713C08" w:rsidRDefault="00000000" w:rsidP="00E87EA5">
      <w:pPr>
        <w:spacing w:after="0"/>
        <w:rPr>
          <w:rFonts w:cs="Arial"/>
          <w:sz w:val="20"/>
          <w:szCs w:val="20"/>
          <w:lang w:val="pt-BR"/>
        </w:rPr>
      </w:pPr>
      <w:r w:rsidRPr="00713C08">
        <w:rPr>
          <w:rFonts w:cs="Arial"/>
          <w:sz w:val="20"/>
          <w:szCs w:val="20"/>
          <w:lang w:val="pt-BR"/>
        </w:rPr>
        <w:t xml:space="preserve">(   ) Não compatível   </w:t>
      </w:r>
    </w:p>
    <w:p w14:paraId="55E8BBC6" w14:textId="7702C088" w:rsidR="00B44C0C" w:rsidRPr="00713C08" w:rsidRDefault="00000000" w:rsidP="00E87EA5">
      <w:pPr>
        <w:spacing w:after="0"/>
        <w:rPr>
          <w:rFonts w:cs="Arial"/>
          <w:sz w:val="20"/>
          <w:szCs w:val="20"/>
          <w:lang w:val="pt-BR"/>
        </w:rPr>
      </w:pPr>
      <w:r w:rsidRPr="00713C08">
        <w:rPr>
          <w:rFonts w:cs="Arial"/>
          <w:sz w:val="20"/>
          <w:szCs w:val="20"/>
          <w:lang w:val="pt-BR"/>
        </w:rPr>
        <w:t>(   ) Inconclusivo</w:t>
      </w:r>
    </w:p>
    <w:p w14:paraId="4303BA70" w14:textId="77777777" w:rsidR="00713C08" w:rsidRDefault="00713C08" w:rsidP="00E87EA5">
      <w:pPr>
        <w:keepNext/>
        <w:spacing w:after="0"/>
        <w:rPr>
          <w:rFonts w:cs="Arial"/>
          <w:b/>
          <w:sz w:val="20"/>
          <w:szCs w:val="20"/>
          <w:lang w:val="pt-BR"/>
        </w:rPr>
      </w:pPr>
    </w:p>
    <w:p w14:paraId="1ECDE2F0" w14:textId="77777777" w:rsidR="00713C08" w:rsidRDefault="00713C08" w:rsidP="00E87EA5">
      <w:pPr>
        <w:keepNext/>
        <w:spacing w:after="0"/>
        <w:rPr>
          <w:rFonts w:cs="Arial"/>
          <w:b/>
          <w:sz w:val="20"/>
          <w:szCs w:val="20"/>
          <w:lang w:val="pt-BR"/>
        </w:rPr>
      </w:pPr>
    </w:p>
    <w:p w14:paraId="5C787F2F" w14:textId="74CE0620" w:rsidR="00B44C0C" w:rsidRDefault="00000000" w:rsidP="00E87EA5">
      <w:pPr>
        <w:keepNext/>
        <w:spacing w:after="0"/>
        <w:rPr>
          <w:rFonts w:cs="Arial"/>
          <w:b/>
          <w:sz w:val="20"/>
          <w:szCs w:val="20"/>
          <w:lang w:val="pt-BR"/>
        </w:rPr>
      </w:pPr>
      <w:r w:rsidRPr="00713C08">
        <w:rPr>
          <w:rFonts w:cs="Arial"/>
          <w:b/>
          <w:sz w:val="20"/>
          <w:szCs w:val="20"/>
          <w:lang w:val="pt-BR"/>
        </w:rPr>
        <w:t>JUSTIFICATIVA DA CONCLUSÃO</w:t>
      </w:r>
    </w:p>
    <w:p w14:paraId="183E3428" w14:textId="77777777" w:rsidR="00713C08" w:rsidRDefault="00713C08" w:rsidP="00E87EA5">
      <w:pPr>
        <w:keepNext/>
        <w:spacing w:after="0"/>
        <w:rPr>
          <w:rFonts w:cs="Arial"/>
          <w:b/>
          <w:sz w:val="20"/>
          <w:szCs w:val="20"/>
          <w:lang w:val="pt-BR"/>
        </w:rPr>
      </w:pPr>
    </w:p>
    <w:p w14:paraId="09FE90C1" w14:textId="77777777" w:rsidR="00713C08" w:rsidRPr="00713C08" w:rsidRDefault="00713C08" w:rsidP="00E87EA5">
      <w:pPr>
        <w:spacing w:after="0"/>
        <w:rPr>
          <w:lang w:val="pt-BR"/>
        </w:rPr>
      </w:pPr>
      <w:r w:rsidRPr="00713C08">
        <w:rPr>
          <w:bCs/>
          <w:szCs w:val="18"/>
          <w:lang w:val="pt-BR"/>
        </w:rPr>
        <w:t>_____________________________________________________________________________________________________</w:t>
      </w:r>
    </w:p>
    <w:p w14:paraId="0603EEFE" w14:textId="77777777" w:rsidR="00713C08" w:rsidRPr="00713C08" w:rsidRDefault="00713C08" w:rsidP="00E87EA5">
      <w:pPr>
        <w:spacing w:after="0"/>
        <w:rPr>
          <w:bCs/>
          <w:szCs w:val="18"/>
          <w:lang w:val="pt-BR"/>
        </w:rPr>
      </w:pPr>
    </w:p>
    <w:p w14:paraId="5FF4468F" w14:textId="77777777" w:rsidR="00713C08" w:rsidRPr="00713C08" w:rsidRDefault="00713C08" w:rsidP="00E87EA5">
      <w:pPr>
        <w:spacing w:after="0"/>
        <w:rPr>
          <w:lang w:val="pt-BR"/>
        </w:rPr>
      </w:pPr>
      <w:r w:rsidRPr="00713C08">
        <w:rPr>
          <w:bCs/>
          <w:szCs w:val="18"/>
          <w:lang w:val="pt-BR"/>
        </w:rPr>
        <w:t>_____________________________________________________________________________________________________</w:t>
      </w:r>
    </w:p>
    <w:p w14:paraId="3943D64F" w14:textId="77777777" w:rsidR="00713C08" w:rsidRPr="00713C08" w:rsidRDefault="00713C08" w:rsidP="00E87EA5">
      <w:pPr>
        <w:spacing w:after="0"/>
        <w:rPr>
          <w:bCs/>
          <w:szCs w:val="18"/>
          <w:lang w:val="pt-BR"/>
        </w:rPr>
      </w:pPr>
    </w:p>
    <w:p w14:paraId="7A815FED" w14:textId="77777777" w:rsidR="00713C08" w:rsidRPr="00713C08" w:rsidRDefault="00713C08" w:rsidP="00E87EA5">
      <w:pPr>
        <w:spacing w:after="0"/>
        <w:rPr>
          <w:lang w:val="pt-BR"/>
        </w:rPr>
      </w:pPr>
      <w:r w:rsidRPr="00713C08">
        <w:rPr>
          <w:bCs/>
          <w:szCs w:val="18"/>
          <w:lang w:val="pt-BR"/>
        </w:rPr>
        <w:t>_____________________________________________________________________________________________________</w:t>
      </w:r>
    </w:p>
    <w:p w14:paraId="7CBD2B83" w14:textId="77777777" w:rsidR="00713C08" w:rsidRPr="00713C08" w:rsidRDefault="00713C08" w:rsidP="00E87EA5">
      <w:pPr>
        <w:keepNext/>
        <w:spacing w:after="0"/>
        <w:rPr>
          <w:rFonts w:cs="Arial"/>
          <w:sz w:val="20"/>
          <w:szCs w:val="20"/>
          <w:lang w:val="pt-BR"/>
        </w:rPr>
      </w:pPr>
    </w:p>
    <w:p w14:paraId="048FF7A3" w14:textId="77777777" w:rsidR="00B44C0C" w:rsidRPr="00713C08" w:rsidRDefault="00000000" w:rsidP="00E87EA5">
      <w:pPr>
        <w:spacing w:after="0"/>
        <w:rPr>
          <w:rFonts w:cs="Arial"/>
          <w:sz w:val="20"/>
          <w:szCs w:val="20"/>
          <w:lang w:val="pt-BR"/>
        </w:rPr>
      </w:pPr>
      <w:r w:rsidRPr="00713C08">
        <w:rPr>
          <w:rFonts w:cs="Arial"/>
          <w:b/>
          <w:sz w:val="20"/>
          <w:szCs w:val="20"/>
          <w:lang w:val="pt-BR"/>
        </w:rPr>
        <w:t xml:space="preserve">Observação: </w:t>
      </w:r>
      <w:r w:rsidRPr="00713C08">
        <w:rPr>
          <w:rFonts w:cs="Arial"/>
          <w:i/>
          <w:sz w:val="20"/>
          <w:szCs w:val="20"/>
          <w:lang w:val="pt-BR"/>
        </w:rPr>
        <w:t>a conclusão deve decorrer dos exames técnicos do equipamento. A verificação de ocorrência na rede e do nexo de causalidade compete à CEGERO na análise do processo.</w:t>
      </w:r>
    </w:p>
    <w:p w14:paraId="6AF76D7B" w14:textId="77777777" w:rsidR="00EA2021" w:rsidRDefault="00EA2021" w:rsidP="00E87EA5">
      <w:pPr>
        <w:spacing w:after="0"/>
        <w:rPr>
          <w:rFonts w:cs="Arial"/>
          <w:sz w:val="20"/>
          <w:szCs w:val="20"/>
          <w:lang w:val="pt-BR"/>
        </w:rPr>
      </w:pPr>
    </w:p>
    <w:p w14:paraId="1752C7C1" w14:textId="77777777" w:rsidR="00EA2021" w:rsidRDefault="00EA2021" w:rsidP="00E87EA5">
      <w:pPr>
        <w:spacing w:after="0"/>
        <w:rPr>
          <w:rFonts w:cs="Arial"/>
          <w:sz w:val="20"/>
          <w:szCs w:val="20"/>
          <w:lang w:val="pt-BR"/>
        </w:rPr>
      </w:pPr>
    </w:p>
    <w:p w14:paraId="5DC5F18E" w14:textId="77777777" w:rsidR="00EA2021" w:rsidRDefault="00EA2021" w:rsidP="00E87EA5">
      <w:pPr>
        <w:pStyle w:val="Ttulo1"/>
        <w:spacing w:before="0"/>
        <w:rPr>
          <w:rFonts w:ascii="Arial" w:hAnsi="Arial"/>
          <w:color w:val="auto"/>
          <w:sz w:val="20"/>
          <w:lang w:val="pt-BR"/>
        </w:rPr>
      </w:pPr>
      <w:r w:rsidRPr="00E87EA5">
        <w:rPr>
          <w:rFonts w:ascii="Arial" w:hAnsi="Arial"/>
          <w:color w:val="auto"/>
          <w:sz w:val="20"/>
          <w:lang w:val="pt-BR"/>
        </w:rPr>
        <w:t>6 -   IDENTIFICAÇÃO DA ASSISTÊNCIA TÉCNICA E DO RESPONSÁVEL</w:t>
      </w:r>
    </w:p>
    <w:p w14:paraId="15EAFDBA" w14:textId="77777777" w:rsidR="00E87EA5" w:rsidRDefault="00E87EA5" w:rsidP="00E87EA5">
      <w:pPr>
        <w:rPr>
          <w:lang w:val="pt-BR"/>
        </w:rPr>
      </w:pPr>
    </w:p>
    <w:p w14:paraId="3E9A6ED2" w14:textId="5F4D2BC6" w:rsidR="00E87EA5" w:rsidRPr="00E87EA5" w:rsidRDefault="00E87EA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 xml:space="preserve">RAZÃO SOCIAL NOME: </w:t>
      </w:r>
    </w:p>
    <w:p w14:paraId="4789714B" w14:textId="7EAB9FEA" w:rsidR="00E87EA5" w:rsidRPr="00E87EA5" w:rsidRDefault="00E87EA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CNPJ</w:t>
      </w:r>
      <w:r>
        <w:rPr>
          <w:b/>
          <w:bCs/>
          <w:lang w:val="pt-BR"/>
        </w:rPr>
        <w:t>/</w:t>
      </w:r>
      <w:r w:rsidRPr="00E87EA5">
        <w:rPr>
          <w:b/>
          <w:bCs/>
          <w:lang w:val="pt-BR"/>
        </w:rPr>
        <w:t>CPF:</w:t>
      </w:r>
    </w:p>
    <w:p w14:paraId="7ECC2D99" w14:textId="77777777" w:rsidR="00E87EA5" w:rsidRPr="00E87EA5" w:rsidRDefault="00E87EA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ENDEREÇO:</w:t>
      </w:r>
    </w:p>
    <w:p w14:paraId="79FE413D" w14:textId="77777777" w:rsidR="00E87EA5" w:rsidRDefault="00E87EA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FONE:</w:t>
      </w:r>
    </w:p>
    <w:p w14:paraId="6E570390" w14:textId="0D07E931" w:rsidR="00E87EA5" w:rsidRDefault="00E87EA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E</w:t>
      </w:r>
      <w:r>
        <w:rPr>
          <w:b/>
          <w:bCs/>
          <w:lang w:val="pt-BR"/>
        </w:rPr>
        <w:t>-</w:t>
      </w:r>
      <w:r w:rsidRPr="00E87EA5">
        <w:rPr>
          <w:b/>
          <w:bCs/>
          <w:lang w:val="pt-BR"/>
        </w:rPr>
        <w:t>MAIL</w:t>
      </w:r>
      <w:r>
        <w:rPr>
          <w:b/>
          <w:bCs/>
          <w:lang w:val="pt-BR"/>
        </w:rPr>
        <w:t>:</w:t>
      </w:r>
    </w:p>
    <w:p w14:paraId="576700FE" w14:textId="7AF82A3D" w:rsidR="00E87EA5" w:rsidRPr="0053436C" w:rsidRDefault="00E87EA5" w:rsidP="00E87EA5">
      <w:pPr>
        <w:spacing w:after="0" w:line="360" w:lineRule="auto"/>
        <w:rPr>
          <w:color w:val="000000"/>
          <w:sz w:val="17"/>
          <w:lang w:val="pt-BR"/>
        </w:rPr>
      </w:pPr>
      <w:r w:rsidRPr="00E87EA5">
        <w:rPr>
          <w:b/>
          <w:bCs/>
          <w:lang w:val="pt-BR"/>
        </w:rPr>
        <w:t>CREDENCIADA CEGERO</w:t>
      </w:r>
      <w:r>
        <w:rPr>
          <w:b/>
          <w:bCs/>
          <w:lang w:val="pt-BR"/>
        </w:rPr>
        <w:t xml:space="preserve">: </w:t>
      </w:r>
      <w:r w:rsidRPr="0053436C">
        <w:rPr>
          <w:color w:val="000000"/>
          <w:sz w:val="17"/>
          <w:lang w:val="pt-BR"/>
        </w:rPr>
        <w:t>(     ) Sim   (     ) Não</w:t>
      </w:r>
    </w:p>
    <w:p w14:paraId="7522AE7C" w14:textId="15339092" w:rsidR="00E87EA5" w:rsidRDefault="00E87EA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TÉCNICO RESPONSÁVEL</w:t>
      </w:r>
      <w:r>
        <w:rPr>
          <w:b/>
          <w:bCs/>
          <w:lang w:val="pt-BR"/>
        </w:rPr>
        <w:t>:</w:t>
      </w:r>
    </w:p>
    <w:p w14:paraId="1C30BBC6" w14:textId="763DDFCB" w:rsidR="00E87EA5" w:rsidRDefault="00E87EA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QUALIFICAÇÃO</w:t>
      </w:r>
      <w:r>
        <w:rPr>
          <w:b/>
          <w:bCs/>
          <w:lang w:val="pt-BR"/>
        </w:rPr>
        <w:t>:</w:t>
      </w:r>
    </w:p>
    <w:p w14:paraId="1B043B7A" w14:textId="3EBF55C6" w:rsidR="00E87EA5" w:rsidRDefault="00E87EA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REGISTRO PROFISSIONAL</w:t>
      </w:r>
      <w:r>
        <w:rPr>
          <w:b/>
          <w:bCs/>
          <w:lang w:val="pt-BR"/>
        </w:rPr>
        <w:t>:</w:t>
      </w:r>
    </w:p>
    <w:p w14:paraId="5515E22C" w14:textId="4D4A5D7A" w:rsidR="00E87EA5" w:rsidRPr="00E87EA5" w:rsidRDefault="00E87EA5" w:rsidP="00E87EA5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ÓRGÃO UF</w:t>
      </w:r>
      <w:r>
        <w:rPr>
          <w:b/>
          <w:bCs/>
          <w:lang w:val="pt-BR"/>
        </w:rPr>
        <w:t>:</w:t>
      </w:r>
    </w:p>
    <w:p w14:paraId="33620356" w14:textId="77777777" w:rsidR="00E87EA5" w:rsidRPr="00E87EA5" w:rsidRDefault="00E87EA5" w:rsidP="00E87EA5">
      <w:pPr>
        <w:rPr>
          <w:lang w:val="pt-BR"/>
        </w:rPr>
      </w:pPr>
    </w:p>
    <w:p w14:paraId="5B15C2DE" w14:textId="77777777" w:rsidR="00EA2021" w:rsidRPr="00E87EA5" w:rsidRDefault="00EA2021" w:rsidP="00E87EA5">
      <w:pPr>
        <w:spacing w:after="0"/>
        <w:rPr>
          <w:b/>
          <w:lang w:val="pt-BR"/>
        </w:rPr>
      </w:pPr>
      <w:r w:rsidRPr="00E87EA5">
        <w:rPr>
          <w:b/>
          <w:lang w:val="pt-BR"/>
        </w:rPr>
        <w:t>DECLARAÇÃO DO RESPONSÁVEL TÉCNICO</w:t>
      </w:r>
    </w:p>
    <w:p w14:paraId="0EFE641C" w14:textId="77777777" w:rsidR="00E87EA5" w:rsidRPr="00E87EA5" w:rsidRDefault="00E87EA5" w:rsidP="00E87EA5">
      <w:pPr>
        <w:spacing w:after="0"/>
        <w:rPr>
          <w:lang w:val="pt-BR"/>
        </w:rPr>
      </w:pPr>
    </w:p>
    <w:p w14:paraId="6CE1A2E6" w14:textId="77777777" w:rsidR="00EA2021" w:rsidRDefault="00EA2021" w:rsidP="00E87EA5">
      <w:pPr>
        <w:spacing w:after="0"/>
        <w:rPr>
          <w:color w:val="000000"/>
          <w:sz w:val="20"/>
          <w:szCs w:val="20"/>
          <w:lang w:val="pt-BR"/>
        </w:rPr>
      </w:pPr>
      <w:r w:rsidRPr="00E87EA5">
        <w:rPr>
          <w:color w:val="000000"/>
          <w:sz w:val="20"/>
          <w:szCs w:val="20"/>
          <w:lang w:val="pt-BR"/>
        </w:rPr>
        <w:t>Declaro que realizei a avaliação técnica do equipamento identificado neste documento, que as informações, o diagnóstico, a conclusão e os valores apresentados correspondem aos exames e serviços descritos, e que estou ciente das responsabilidades decorrentes de informações inexatas.</w:t>
      </w:r>
    </w:p>
    <w:p w14:paraId="54294A98" w14:textId="77777777" w:rsidR="00E87EA5" w:rsidRDefault="00E87EA5" w:rsidP="00E87EA5">
      <w:pPr>
        <w:spacing w:after="0"/>
        <w:rPr>
          <w:sz w:val="20"/>
          <w:szCs w:val="20"/>
          <w:lang w:val="pt-BR"/>
        </w:rPr>
      </w:pPr>
    </w:p>
    <w:p w14:paraId="2B954FAA" w14:textId="77777777" w:rsidR="00E87EA5" w:rsidRDefault="00E87EA5" w:rsidP="00E87EA5">
      <w:pPr>
        <w:spacing w:after="0"/>
        <w:jc w:val="right"/>
        <w:rPr>
          <w:color w:val="000000"/>
          <w:sz w:val="20"/>
          <w:szCs w:val="20"/>
          <w:lang w:val="pt-BR"/>
        </w:rPr>
      </w:pPr>
    </w:p>
    <w:p w14:paraId="4C543A60" w14:textId="040E1702" w:rsidR="00E87EA5" w:rsidRDefault="00E87EA5" w:rsidP="00E87EA5">
      <w:pPr>
        <w:spacing w:after="0"/>
        <w:jc w:val="right"/>
        <w:rPr>
          <w:sz w:val="20"/>
          <w:szCs w:val="20"/>
          <w:lang w:val="pt-BR"/>
        </w:rPr>
      </w:pPr>
      <w:r w:rsidRPr="00E87EA5">
        <w:rPr>
          <w:color w:val="000000"/>
          <w:sz w:val="20"/>
          <w:szCs w:val="20"/>
          <w:lang w:val="pt-BR"/>
        </w:rPr>
        <w:t>Local e data</w:t>
      </w:r>
      <w:r w:rsidRPr="00E87EA5">
        <w:rPr>
          <w:color w:val="000000"/>
          <w:sz w:val="20"/>
          <w:szCs w:val="20"/>
          <w:lang w:val="pt-BR"/>
        </w:rPr>
        <w:br/>
      </w:r>
    </w:p>
    <w:p w14:paraId="41877130" w14:textId="77777777" w:rsidR="00E87EA5" w:rsidRDefault="00E87EA5" w:rsidP="00E87EA5">
      <w:pPr>
        <w:spacing w:after="0"/>
        <w:jc w:val="right"/>
        <w:rPr>
          <w:sz w:val="20"/>
          <w:szCs w:val="20"/>
          <w:lang w:val="pt-BR"/>
        </w:rPr>
      </w:pPr>
    </w:p>
    <w:p w14:paraId="5B0E147E" w14:textId="77777777" w:rsidR="00E87EA5" w:rsidRPr="00E87EA5" w:rsidRDefault="00E87EA5" w:rsidP="00E87EA5">
      <w:pPr>
        <w:spacing w:after="0"/>
        <w:jc w:val="right"/>
        <w:rPr>
          <w:sz w:val="20"/>
          <w:szCs w:val="20"/>
          <w:lang w:val="pt-BR"/>
        </w:rPr>
      </w:pPr>
    </w:p>
    <w:p w14:paraId="71F12EEA" w14:textId="77777777" w:rsidR="00E87EA5" w:rsidRDefault="00E87EA5" w:rsidP="00E87EA5">
      <w:pPr>
        <w:spacing w:after="0"/>
        <w:jc w:val="center"/>
        <w:rPr>
          <w:b/>
          <w:color w:val="444444"/>
          <w:sz w:val="15"/>
          <w:lang w:val="pt-BR"/>
        </w:rPr>
      </w:pPr>
    </w:p>
    <w:p w14:paraId="2D22059F" w14:textId="77777777" w:rsidR="00E87EA5" w:rsidRDefault="00E87EA5" w:rsidP="00E87EA5">
      <w:pPr>
        <w:spacing w:after="0"/>
        <w:jc w:val="center"/>
        <w:rPr>
          <w:color w:val="000000"/>
          <w:sz w:val="20"/>
          <w:szCs w:val="20"/>
          <w:lang w:val="pt-BR"/>
        </w:rPr>
      </w:pPr>
      <w:r>
        <w:rPr>
          <w:color w:val="000000"/>
          <w:sz w:val="20"/>
          <w:szCs w:val="20"/>
          <w:lang w:val="pt-BR"/>
        </w:rPr>
        <w:t>Nome</w:t>
      </w:r>
      <w:r w:rsidRPr="00E87EA5">
        <w:rPr>
          <w:color w:val="000000"/>
          <w:sz w:val="20"/>
          <w:szCs w:val="20"/>
          <w:lang w:val="pt-BR"/>
        </w:rPr>
        <w:t xml:space="preserve"> do responsável técnico</w:t>
      </w:r>
    </w:p>
    <w:p w14:paraId="137CE147" w14:textId="77777777" w:rsidR="00E87EA5" w:rsidRDefault="00E87EA5" w:rsidP="00E87EA5">
      <w:pPr>
        <w:spacing w:after="0"/>
        <w:jc w:val="center"/>
        <w:rPr>
          <w:color w:val="000000"/>
          <w:sz w:val="20"/>
          <w:szCs w:val="20"/>
          <w:lang w:val="pt-BR"/>
        </w:rPr>
      </w:pPr>
      <w:r>
        <w:rPr>
          <w:color w:val="000000"/>
          <w:sz w:val="20"/>
          <w:szCs w:val="20"/>
          <w:lang w:val="pt-BR"/>
        </w:rPr>
        <w:t>CPF:</w:t>
      </w:r>
    </w:p>
    <w:p w14:paraId="7695F0ED" w14:textId="13CE09BE" w:rsidR="00E87EA5" w:rsidRDefault="00E87EA5" w:rsidP="00E87EA5">
      <w:pPr>
        <w:spacing w:after="0"/>
        <w:jc w:val="center"/>
        <w:rPr>
          <w:color w:val="000000"/>
          <w:sz w:val="20"/>
          <w:szCs w:val="20"/>
          <w:lang w:val="pt-BR"/>
        </w:rPr>
      </w:pPr>
    </w:p>
    <w:p w14:paraId="7900CAE6" w14:textId="77777777" w:rsidR="00E87EA5" w:rsidRDefault="00E87EA5" w:rsidP="00E87EA5">
      <w:pPr>
        <w:spacing w:after="0"/>
        <w:jc w:val="center"/>
        <w:rPr>
          <w:color w:val="000000"/>
          <w:sz w:val="20"/>
          <w:szCs w:val="20"/>
          <w:lang w:val="pt-BR"/>
        </w:rPr>
      </w:pPr>
    </w:p>
    <w:p w14:paraId="569771EE" w14:textId="1A3822A6" w:rsidR="00EA2021" w:rsidRPr="004463E5" w:rsidRDefault="00EA2021" w:rsidP="00E87EA5">
      <w:pPr>
        <w:spacing w:after="0"/>
        <w:jc w:val="center"/>
        <w:rPr>
          <w:lang w:val="pt-BR"/>
        </w:rPr>
      </w:pPr>
      <w:r w:rsidRPr="004463E5">
        <w:rPr>
          <w:b/>
          <w:color w:val="444444"/>
          <w:sz w:val="15"/>
          <w:lang w:val="pt-BR"/>
        </w:rPr>
        <w:t>Preencher todos os campos aplicáveis. Anexar documentação de qualificação profissional quando solicitada.</w:t>
      </w:r>
    </w:p>
    <w:p w14:paraId="221BD6D3" w14:textId="312FF18F" w:rsidR="00B44C0C" w:rsidRPr="00713C08" w:rsidRDefault="00000000" w:rsidP="00E87EA5">
      <w:pPr>
        <w:spacing w:after="0"/>
        <w:rPr>
          <w:rFonts w:cs="Arial"/>
          <w:sz w:val="20"/>
          <w:szCs w:val="20"/>
          <w:lang w:val="pt-BR"/>
        </w:rPr>
      </w:pPr>
      <w:r w:rsidRPr="00713C08">
        <w:rPr>
          <w:rFonts w:cs="Arial"/>
          <w:sz w:val="20"/>
          <w:szCs w:val="20"/>
          <w:lang w:val="pt-BR"/>
        </w:rPr>
        <w:br w:type="page"/>
      </w:r>
    </w:p>
    <w:p w14:paraId="210D0F62" w14:textId="65D6E56D" w:rsidR="00B44C0C" w:rsidRPr="004463E5" w:rsidRDefault="00000000" w:rsidP="00E87EA5">
      <w:pPr>
        <w:pStyle w:val="Ttulo"/>
        <w:spacing w:after="0" w:line="276" w:lineRule="auto"/>
        <w:jc w:val="center"/>
        <w:rPr>
          <w:lang w:val="pt-BR"/>
        </w:rPr>
      </w:pPr>
      <w:r w:rsidRPr="004463E5">
        <w:rPr>
          <w:rFonts w:ascii="Arial" w:hAnsi="Arial"/>
          <w:b/>
          <w:color w:val="000000"/>
          <w:sz w:val="24"/>
          <w:lang w:val="pt-BR"/>
        </w:rPr>
        <w:lastRenderedPageBreak/>
        <w:t>ORÇAMENTO DE ASSISTÊNCIA TÉCNICA</w:t>
      </w:r>
    </w:p>
    <w:p w14:paraId="0D13D4F5" w14:textId="002C7DD0" w:rsidR="00B44C0C" w:rsidRPr="00E87EA5" w:rsidRDefault="00000000" w:rsidP="00E87EA5">
      <w:pPr>
        <w:spacing w:after="0"/>
        <w:jc w:val="center"/>
        <w:rPr>
          <w:b/>
          <w:color w:val="234B63"/>
          <w:sz w:val="20"/>
          <w:lang w:val="pt-BR"/>
        </w:rPr>
      </w:pPr>
      <w:r w:rsidRPr="00E87EA5">
        <w:rPr>
          <w:b/>
          <w:color w:val="234B63"/>
          <w:sz w:val="20"/>
          <w:lang w:val="pt-BR"/>
        </w:rPr>
        <w:t>ORÇAMENTO DETALHADO</w:t>
      </w:r>
    </w:p>
    <w:p w14:paraId="31D8F117" w14:textId="77777777" w:rsidR="00713C08" w:rsidRPr="00E87EA5" w:rsidRDefault="00713C08" w:rsidP="00E87EA5">
      <w:pPr>
        <w:spacing w:after="0"/>
        <w:jc w:val="center"/>
        <w:rPr>
          <w:b/>
          <w:color w:val="234B63"/>
          <w:sz w:val="20"/>
          <w:lang w:val="pt-BR"/>
        </w:rPr>
      </w:pPr>
    </w:p>
    <w:p w14:paraId="38CEBDF3" w14:textId="77777777" w:rsidR="00713C08" w:rsidRPr="004463E5" w:rsidRDefault="00713C08" w:rsidP="00E87EA5">
      <w:pPr>
        <w:pStyle w:val="Ttulo1"/>
        <w:spacing w:before="0"/>
        <w:rPr>
          <w:rFonts w:ascii="Arial" w:hAnsi="Arial"/>
          <w:color w:val="auto"/>
          <w:sz w:val="20"/>
          <w:lang w:val="pt-BR"/>
        </w:rPr>
      </w:pPr>
      <w:r w:rsidRPr="004463E5">
        <w:rPr>
          <w:rFonts w:ascii="Arial" w:hAnsi="Arial"/>
          <w:color w:val="auto"/>
          <w:sz w:val="20"/>
          <w:lang w:val="pt-BR"/>
        </w:rPr>
        <w:t>1 - IDENTIFICAÇÃO DO PEDIDO E DO CONSUMIDOR</w:t>
      </w:r>
    </w:p>
    <w:p w14:paraId="6E59DAAE" w14:textId="77777777" w:rsidR="00713C08" w:rsidRDefault="00713C08" w:rsidP="00E87EA5">
      <w:pPr>
        <w:spacing w:after="0"/>
        <w:rPr>
          <w:lang w:val="pt-BR"/>
        </w:rPr>
      </w:pPr>
    </w:p>
    <w:p w14:paraId="08274963" w14:textId="77777777" w:rsidR="00713C08" w:rsidRDefault="00713C08" w:rsidP="00E87EA5">
      <w:pPr>
        <w:spacing w:after="0"/>
        <w:rPr>
          <w:lang w:val="pt-BR"/>
        </w:rPr>
      </w:pPr>
      <w:r w:rsidRPr="004463E5">
        <w:rPr>
          <w:lang w:val="pt-BR"/>
        </w:rPr>
        <w:t>NOME DO CLIENTE</w:t>
      </w:r>
      <w:r>
        <w:rPr>
          <w:lang w:val="pt-BR"/>
        </w:rPr>
        <w:t xml:space="preserve">/CONSUMIDOR: </w:t>
      </w:r>
    </w:p>
    <w:p w14:paraId="66371E53" w14:textId="77777777" w:rsidR="00713C08" w:rsidRPr="004463E5" w:rsidRDefault="00713C08" w:rsidP="00E87EA5">
      <w:pPr>
        <w:spacing w:after="0"/>
        <w:rPr>
          <w:lang w:val="pt-BR"/>
        </w:rPr>
      </w:pPr>
      <w:r w:rsidRPr="004463E5">
        <w:rPr>
          <w:lang w:val="pt-BR"/>
        </w:rPr>
        <w:t>E-MAIL</w:t>
      </w:r>
      <w:r>
        <w:rPr>
          <w:lang w:val="pt-BR"/>
        </w:rPr>
        <w:t>:</w:t>
      </w:r>
    </w:p>
    <w:p w14:paraId="6B933B4E" w14:textId="77777777" w:rsidR="00713C08" w:rsidRPr="004463E5" w:rsidRDefault="00713C08" w:rsidP="00E87EA5">
      <w:pPr>
        <w:spacing w:after="0"/>
        <w:rPr>
          <w:lang w:val="pt-BR"/>
        </w:rPr>
      </w:pPr>
      <w:r w:rsidRPr="004463E5">
        <w:rPr>
          <w:lang w:val="pt-BR"/>
        </w:rPr>
        <w:t>PROTOCOLO SOLICITAÇÃO RESSARCIMENTO DA</w:t>
      </w:r>
      <w:r>
        <w:rPr>
          <w:lang w:val="pt-BR"/>
        </w:rPr>
        <w:t xml:space="preserve"> </w:t>
      </w:r>
      <w:r w:rsidRPr="004463E5">
        <w:rPr>
          <w:lang w:val="pt-BR"/>
        </w:rPr>
        <w:t>CEGERO</w:t>
      </w:r>
      <w:r>
        <w:rPr>
          <w:lang w:val="pt-BR"/>
        </w:rPr>
        <w:t>:</w:t>
      </w:r>
    </w:p>
    <w:p w14:paraId="0A57016C" w14:textId="77777777" w:rsidR="00713C08" w:rsidRDefault="00713C08" w:rsidP="00E87EA5">
      <w:pPr>
        <w:spacing w:after="0"/>
        <w:rPr>
          <w:lang w:val="pt-BR"/>
        </w:rPr>
      </w:pPr>
      <w:r w:rsidRPr="004463E5">
        <w:rPr>
          <w:lang w:val="pt-BR"/>
        </w:rPr>
        <w:t>ENDEREÇO:</w:t>
      </w:r>
    </w:p>
    <w:p w14:paraId="46DE36DE" w14:textId="77777777" w:rsidR="00713C08" w:rsidRDefault="00713C08" w:rsidP="00E87EA5">
      <w:pPr>
        <w:spacing w:after="0"/>
        <w:rPr>
          <w:lang w:val="pt-BR"/>
        </w:rPr>
      </w:pPr>
      <w:r w:rsidRPr="004463E5">
        <w:rPr>
          <w:lang w:val="pt-BR"/>
        </w:rPr>
        <w:t>FONE:</w:t>
      </w:r>
    </w:p>
    <w:p w14:paraId="601FB23A" w14:textId="677077A3" w:rsidR="00713C08" w:rsidRDefault="00713C08" w:rsidP="00E87EA5">
      <w:pPr>
        <w:spacing w:after="0"/>
        <w:rPr>
          <w:lang w:val="pt-BR"/>
        </w:rPr>
      </w:pPr>
      <w:r w:rsidRPr="00713C08">
        <w:rPr>
          <w:lang w:val="pt-BR"/>
        </w:rPr>
        <w:t>Nº DO ORÇAMENTO</w:t>
      </w:r>
      <w:r>
        <w:rPr>
          <w:lang w:val="pt-BR"/>
        </w:rPr>
        <w:t>:</w:t>
      </w:r>
    </w:p>
    <w:p w14:paraId="0A688C73" w14:textId="77E82B23" w:rsidR="00713C08" w:rsidRDefault="00713C08" w:rsidP="00E87EA5">
      <w:pPr>
        <w:spacing w:after="0"/>
        <w:rPr>
          <w:lang w:val="pt-BR"/>
        </w:rPr>
      </w:pPr>
      <w:r w:rsidRPr="00713C08">
        <w:rPr>
          <w:lang w:val="pt-BR"/>
        </w:rPr>
        <w:t>VALIDADE</w:t>
      </w:r>
      <w:r>
        <w:rPr>
          <w:lang w:val="pt-BR"/>
        </w:rPr>
        <w:t>:</w:t>
      </w:r>
    </w:p>
    <w:p w14:paraId="45054093" w14:textId="2F5B1C2A" w:rsidR="00713C08" w:rsidRDefault="00713C08" w:rsidP="00E87EA5">
      <w:pPr>
        <w:spacing w:after="0"/>
        <w:rPr>
          <w:lang w:val="pt-BR"/>
        </w:rPr>
      </w:pPr>
      <w:r w:rsidRPr="00713C08">
        <w:rPr>
          <w:lang w:val="pt-BR"/>
        </w:rPr>
        <w:t>DATA DE EMISSÃO</w:t>
      </w:r>
      <w:r>
        <w:rPr>
          <w:lang w:val="pt-BR"/>
        </w:rPr>
        <w:t>:</w:t>
      </w:r>
    </w:p>
    <w:p w14:paraId="66F77067" w14:textId="3375200B" w:rsidR="00713C08" w:rsidRDefault="00713C08" w:rsidP="00E87EA5">
      <w:pPr>
        <w:spacing w:after="0"/>
        <w:rPr>
          <w:lang w:val="pt-BR"/>
        </w:rPr>
      </w:pPr>
      <w:r w:rsidRPr="00713C08">
        <w:rPr>
          <w:lang w:val="pt-BR"/>
        </w:rPr>
        <w:t>PRAZO DE EXECUÇÃO</w:t>
      </w:r>
      <w:r>
        <w:rPr>
          <w:lang w:val="pt-BR"/>
        </w:rPr>
        <w:t>:</w:t>
      </w:r>
    </w:p>
    <w:p w14:paraId="066821D2" w14:textId="77777777" w:rsidR="00713C08" w:rsidRDefault="00713C08" w:rsidP="00E87EA5">
      <w:pPr>
        <w:spacing w:after="0"/>
        <w:rPr>
          <w:lang w:val="pt-BR"/>
        </w:rPr>
      </w:pPr>
    </w:p>
    <w:p w14:paraId="28F854B3" w14:textId="77777777" w:rsidR="00432511" w:rsidRDefault="00432511" w:rsidP="00E87EA5">
      <w:pPr>
        <w:spacing w:after="0"/>
        <w:rPr>
          <w:lang w:val="pt-BR"/>
        </w:rPr>
      </w:pPr>
    </w:p>
    <w:p w14:paraId="3E9996A2" w14:textId="77AEC711" w:rsidR="00B44C0C" w:rsidRPr="00432511" w:rsidRDefault="00713C08" w:rsidP="00E87EA5">
      <w:pPr>
        <w:pStyle w:val="Ttulo1"/>
        <w:spacing w:before="0"/>
        <w:rPr>
          <w:color w:val="auto"/>
        </w:rPr>
      </w:pPr>
      <w:r w:rsidRPr="00432511">
        <w:rPr>
          <w:rFonts w:ascii="Arial" w:hAnsi="Arial"/>
          <w:color w:val="auto"/>
          <w:sz w:val="20"/>
        </w:rPr>
        <w:t xml:space="preserve">2 </w:t>
      </w:r>
      <w:r w:rsidR="00432511" w:rsidRPr="00432511">
        <w:rPr>
          <w:rFonts w:ascii="Arial" w:hAnsi="Arial"/>
          <w:color w:val="auto"/>
          <w:sz w:val="20"/>
        </w:rPr>
        <w:t>- PEÇAS</w:t>
      </w:r>
      <w:r w:rsidRPr="00432511">
        <w:rPr>
          <w:rFonts w:ascii="Arial" w:hAnsi="Arial"/>
          <w:color w:val="auto"/>
          <w:sz w:val="20"/>
        </w:rPr>
        <w:t xml:space="preserve"> E MATERIAIS</w:t>
      </w:r>
    </w:p>
    <w:tbl>
      <w:tblPr>
        <w:tblW w:w="0" w:type="auto"/>
        <w:jc w:val="center"/>
        <w:tblBorders>
          <w:top w:val="single" w:sz="7" w:space="0" w:color="C9D2D8"/>
          <w:left w:val="single" w:sz="7" w:space="0" w:color="C9D2D8"/>
          <w:bottom w:val="single" w:sz="7" w:space="0" w:color="C9D2D8"/>
          <w:right w:val="single" w:sz="7" w:space="0" w:color="C9D2D8"/>
          <w:insideH w:val="single" w:sz="7" w:space="0" w:color="C9D2D8"/>
          <w:insideV w:val="single" w:sz="7" w:space="0" w:color="C9D2D8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657"/>
        <w:gridCol w:w="1757"/>
        <w:gridCol w:w="794"/>
        <w:gridCol w:w="1531"/>
        <w:gridCol w:w="1900"/>
      </w:tblGrid>
      <w:tr w:rsidR="00B44C0C" w14:paraId="3FDA7A4E" w14:textId="77777777" w:rsidTr="00432511">
        <w:trPr>
          <w:cantSplit/>
          <w:tblHeader/>
          <w:jc w:val="center"/>
        </w:trPr>
        <w:tc>
          <w:tcPr>
            <w:tcW w:w="539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349FF7" w14:textId="77777777" w:rsidR="00B44C0C" w:rsidRDefault="00000000" w:rsidP="00E87EA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ITEM</w:t>
            </w:r>
          </w:p>
        </w:tc>
        <w:tc>
          <w:tcPr>
            <w:tcW w:w="3657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E99BC6" w14:textId="77777777" w:rsidR="00B44C0C" w:rsidRDefault="00000000" w:rsidP="00E87EA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DESCRIÇÃO</w:t>
            </w:r>
          </w:p>
        </w:tc>
        <w:tc>
          <w:tcPr>
            <w:tcW w:w="1757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309DAFE" w14:textId="77777777" w:rsidR="00B44C0C" w:rsidRDefault="00000000" w:rsidP="00E87EA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ESPECIFICAÇÃO CÓDIGO</w:t>
            </w:r>
          </w:p>
        </w:tc>
        <w:tc>
          <w:tcPr>
            <w:tcW w:w="794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22F0A7" w14:textId="77777777" w:rsidR="00B44C0C" w:rsidRDefault="00000000" w:rsidP="00E87EA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QTD</w:t>
            </w:r>
          </w:p>
        </w:tc>
        <w:tc>
          <w:tcPr>
            <w:tcW w:w="1531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772137" w14:textId="77777777" w:rsidR="00B44C0C" w:rsidRDefault="00000000" w:rsidP="00E87EA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VALOR UNITÁRIO</w:t>
            </w:r>
          </w:p>
        </w:tc>
        <w:tc>
          <w:tcPr>
            <w:tcW w:w="1900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422035" w14:textId="77777777" w:rsidR="00B44C0C" w:rsidRDefault="00000000" w:rsidP="00E87EA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VALOR TOTAL</w:t>
            </w:r>
          </w:p>
        </w:tc>
      </w:tr>
      <w:tr w:rsidR="00B44C0C" w14:paraId="5D7EFE12" w14:textId="77777777" w:rsidTr="00432511">
        <w:trPr>
          <w:cantSplit/>
          <w:jc w:val="center"/>
        </w:trPr>
        <w:tc>
          <w:tcPr>
            <w:tcW w:w="53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B92CF4A" w14:textId="77777777" w:rsidR="00B44C0C" w:rsidRDefault="00000000" w:rsidP="00E87EA5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36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A271244" w14:textId="77777777" w:rsidR="00B44C0C" w:rsidRDefault="00B44C0C" w:rsidP="00E87EA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7F48004" w14:textId="77777777" w:rsidR="00B44C0C" w:rsidRDefault="00B44C0C" w:rsidP="00E87EA5">
            <w:pPr>
              <w:spacing w:after="0"/>
            </w:pPr>
          </w:p>
        </w:tc>
        <w:tc>
          <w:tcPr>
            <w:tcW w:w="79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9DFCD9B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53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DF76F8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90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E3E2C2" w14:textId="77777777" w:rsidR="00B44C0C" w:rsidRDefault="00B44C0C" w:rsidP="00E87EA5">
            <w:pPr>
              <w:spacing w:after="0"/>
              <w:jc w:val="center"/>
            </w:pPr>
          </w:p>
        </w:tc>
      </w:tr>
      <w:tr w:rsidR="00B44C0C" w14:paraId="1145F4F9" w14:textId="77777777" w:rsidTr="00432511">
        <w:trPr>
          <w:cantSplit/>
          <w:jc w:val="center"/>
        </w:trPr>
        <w:tc>
          <w:tcPr>
            <w:tcW w:w="539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E5F152" w14:textId="77777777" w:rsidR="00B44C0C" w:rsidRDefault="00000000" w:rsidP="00E87EA5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3657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F67CF7F" w14:textId="77777777" w:rsidR="00B44C0C" w:rsidRDefault="00B44C0C" w:rsidP="00E87EA5">
            <w:pPr>
              <w:spacing w:after="0"/>
            </w:pPr>
          </w:p>
        </w:tc>
        <w:tc>
          <w:tcPr>
            <w:tcW w:w="1757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C902CF3" w14:textId="77777777" w:rsidR="00B44C0C" w:rsidRDefault="00B44C0C" w:rsidP="00E87EA5">
            <w:pPr>
              <w:spacing w:after="0"/>
            </w:pPr>
          </w:p>
        </w:tc>
        <w:tc>
          <w:tcPr>
            <w:tcW w:w="794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219632F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531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FED41E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900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1C7F21" w14:textId="77777777" w:rsidR="00B44C0C" w:rsidRDefault="00B44C0C" w:rsidP="00E87EA5">
            <w:pPr>
              <w:spacing w:after="0"/>
              <w:jc w:val="center"/>
            </w:pPr>
          </w:p>
        </w:tc>
      </w:tr>
      <w:tr w:rsidR="00B44C0C" w14:paraId="4265947E" w14:textId="77777777" w:rsidTr="00432511">
        <w:trPr>
          <w:cantSplit/>
          <w:jc w:val="center"/>
        </w:trPr>
        <w:tc>
          <w:tcPr>
            <w:tcW w:w="53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D3C215" w14:textId="77777777" w:rsidR="00B44C0C" w:rsidRDefault="00000000" w:rsidP="00E87EA5">
            <w:pPr>
              <w:spacing w:after="0"/>
              <w:jc w:val="center"/>
            </w:pPr>
            <w:r>
              <w:rPr>
                <w:color w:val="000000"/>
                <w:sz w:val="16"/>
              </w:rPr>
              <w:t>3</w:t>
            </w:r>
          </w:p>
        </w:tc>
        <w:tc>
          <w:tcPr>
            <w:tcW w:w="36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DC9805D" w14:textId="77777777" w:rsidR="00B44C0C" w:rsidRDefault="00B44C0C" w:rsidP="00E87EA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4E365F" w14:textId="77777777" w:rsidR="00B44C0C" w:rsidRDefault="00B44C0C" w:rsidP="00E87EA5">
            <w:pPr>
              <w:spacing w:after="0"/>
            </w:pPr>
          </w:p>
        </w:tc>
        <w:tc>
          <w:tcPr>
            <w:tcW w:w="79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1889209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53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572D9A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90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E7D279E" w14:textId="77777777" w:rsidR="00B44C0C" w:rsidRDefault="00B44C0C" w:rsidP="00E87EA5">
            <w:pPr>
              <w:spacing w:after="0"/>
              <w:jc w:val="center"/>
            </w:pPr>
          </w:p>
        </w:tc>
      </w:tr>
      <w:tr w:rsidR="00B44C0C" w14:paraId="2A7974F0" w14:textId="77777777" w:rsidTr="00432511">
        <w:trPr>
          <w:cantSplit/>
          <w:jc w:val="center"/>
        </w:trPr>
        <w:tc>
          <w:tcPr>
            <w:tcW w:w="539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FE732D" w14:textId="77777777" w:rsidR="00B44C0C" w:rsidRDefault="00000000" w:rsidP="00E87EA5">
            <w:pPr>
              <w:spacing w:after="0"/>
              <w:jc w:val="center"/>
            </w:pPr>
            <w:r>
              <w:rPr>
                <w:color w:val="000000"/>
                <w:sz w:val="16"/>
              </w:rPr>
              <w:t>4</w:t>
            </w:r>
          </w:p>
        </w:tc>
        <w:tc>
          <w:tcPr>
            <w:tcW w:w="3657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595512D" w14:textId="77777777" w:rsidR="00B44C0C" w:rsidRDefault="00B44C0C" w:rsidP="00E87EA5">
            <w:pPr>
              <w:spacing w:after="0"/>
            </w:pPr>
          </w:p>
        </w:tc>
        <w:tc>
          <w:tcPr>
            <w:tcW w:w="1757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C57FE4B" w14:textId="77777777" w:rsidR="00B44C0C" w:rsidRDefault="00B44C0C" w:rsidP="00E87EA5">
            <w:pPr>
              <w:spacing w:after="0"/>
            </w:pPr>
          </w:p>
        </w:tc>
        <w:tc>
          <w:tcPr>
            <w:tcW w:w="794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6C36003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531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047019E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900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1602E3" w14:textId="77777777" w:rsidR="00B44C0C" w:rsidRDefault="00B44C0C" w:rsidP="00E87EA5">
            <w:pPr>
              <w:spacing w:after="0"/>
              <w:jc w:val="center"/>
            </w:pPr>
          </w:p>
        </w:tc>
      </w:tr>
      <w:tr w:rsidR="00B44C0C" w14:paraId="1C03011B" w14:textId="77777777" w:rsidTr="00432511">
        <w:trPr>
          <w:cantSplit/>
          <w:jc w:val="center"/>
        </w:trPr>
        <w:tc>
          <w:tcPr>
            <w:tcW w:w="53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087F70E" w14:textId="77777777" w:rsidR="00B44C0C" w:rsidRDefault="00000000" w:rsidP="00E87EA5">
            <w:pPr>
              <w:spacing w:after="0"/>
              <w:jc w:val="center"/>
            </w:pPr>
            <w:r>
              <w:rPr>
                <w:color w:val="000000"/>
                <w:sz w:val="16"/>
              </w:rPr>
              <w:t>5</w:t>
            </w:r>
          </w:p>
        </w:tc>
        <w:tc>
          <w:tcPr>
            <w:tcW w:w="36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B1D7BB9" w14:textId="77777777" w:rsidR="00B44C0C" w:rsidRDefault="00B44C0C" w:rsidP="00E87EA5">
            <w:pPr>
              <w:spacing w:after="0"/>
            </w:pPr>
          </w:p>
        </w:tc>
        <w:tc>
          <w:tcPr>
            <w:tcW w:w="17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20456B" w14:textId="77777777" w:rsidR="00B44C0C" w:rsidRDefault="00B44C0C" w:rsidP="00E87EA5">
            <w:pPr>
              <w:spacing w:after="0"/>
            </w:pPr>
          </w:p>
        </w:tc>
        <w:tc>
          <w:tcPr>
            <w:tcW w:w="79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213F237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53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23FE160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90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B5FEF5" w14:textId="77777777" w:rsidR="00B44C0C" w:rsidRDefault="00B44C0C" w:rsidP="00E87EA5">
            <w:pPr>
              <w:spacing w:after="0"/>
              <w:jc w:val="center"/>
            </w:pPr>
          </w:p>
        </w:tc>
      </w:tr>
    </w:tbl>
    <w:p w14:paraId="04F5F62D" w14:textId="77777777" w:rsidR="00432511" w:rsidRPr="00432511" w:rsidRDefault="00432511" w:rsidP="00432511">
      <w:pPr>
        <w:rPr>
          <w:lang w:val="pt-BR"/>
        </w:rPr>
      </w:pPr>
    </w:p>
    <w:p w14:paraId="3A4E2547" w14:textId="5DC3FEBC" w:rsidR="00B44C0C" w:rsidRPr="00432511" w:rsidRDefault="00713C08" w:rsidP="00E87EA5">
      <w:pPr>
        <w:pStyle w:val="Ttulo1"/>
        <w:spacing w:before="0"/>
        <w:rPr>
          <w:color w:val="auto"/>
          <w:lang w:val="pt-BR"/>
        </w:rPr>
      </w:pPr>
      <w:r w:rsidRPr="00432511">
        <w:rPr>
          <w:rFonts w:ascii="Arial" w:hAnsi="Arial"/>
          <w:color w:val="auto"/>
          <w:sz w:val="20"/>
          <w:lang w:val="pt-BR"/>
        </w:rPr>
        <w:t xml:space="preserve">3 </w:t>
      </w:r>
      <w:r w:rsidR="00432511" w:rsidRPr="00432511">
        <w:rPr>
          <w:rFonts w:ascii="Arial" w:hAnsi="Arial"/>
          <w:color w:val="auto"/>
          <w:sz w:val="20"/>
          <w:lang w:val="pt-BR"/>
        </w:rPr>
        <w:t>- SERVIÇOS</w:t>
      </w:r>
      <w:r w:rsidRPr="00432511">
        <w:rPr>
          <w:rFonts w:ascii="Arial" w:hAnsi="Arial"/>
          <w:color w:val="auto"/>
          <w:sz w:val="20"/>
          <w:lang w:val="pt-BR"/>
        </w:rPr>
        <w:t xml:space="preserve"> E MÃO DE OBRA</w:t>
      </w:r>
    </w:p>
    <w:tbl>
      <w:tblPr>
        <w:tblW w:w="0" w:type="auto"/>
        <w:jc w:val="center"/>
        <w:tblBorders>
          <w:top w:val="single" w:sz="7" w:space="0" w:color="C9D2D8"/>
          <w:left w:val="single" w:sz="7" w:space="0" w:color="C9D2D8"/>
          <w:bottom w:val="single" w:sz="7" w:space="0" w:color="C9D2D8"/>
          <w:right w:val="single" w:sz="7" w:space="0" w:color="C9D2D8"/>
          <w:insideH w:val="single" w:sz="7" w:space="0" w:color="C9D2D8"/>
          <w:insideV w:val="single" w:sz="7" w:space="0" w:color="C9D2D8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4975"/>
        <w:gridCol w:w="850"/>
        <w:gridCol w:w="1587"/>
        <w:gridCol w:w="2085"/>
      </w:tblGrid>
      <w:tr w:rsidR="00B44C0C" w14:paraId="65CDFA1F" w14:textId="77777777" w:rsidTr="00432511">
        <w:trPr>
          <w:cantSplit/>
          <w:tblHeader/>
          <w:jc w:val="center"/>
        </w:trPr>
        <w:tc>
          <w:tcPr>
            <w:tcW w:w="610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F8DEAC" w14:textId="77777777" w:rsidR="00B44C0C" w:rsidRDefault="00000000" w:rsidP="00E87EA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ITEM</w:t>
            </w:r>
          </w:p>
        </w:tc>
        <w:tc>
          <w:tcPr>
            <w:tcW w:w="4975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0834A13" w14:textId="77777777" w:rsidR="00B44C0C" w:rsidRDefault="00000000" w:rsidP="00E87EA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DESCRIÇÃO DO SERVIÇO</w:t>
            </w:r>
          </w:p>
        </w:tc>
        <w:tc>
          <w:tcPr>
            <w:tcW w:w="850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BD695C" w14:textId="77777777" w:rsidR="00B44C0C" w:rsidRDefault="00000000" w:rsidP="00E87EA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QTD H</w:t>
            </w:r>
          </w:p>
        </w:tc>
        <w:tc>
          <w:tcPr>
            <w:tcW w:w="1587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87FB993" w14:textId="77777777" w:rsidR="00B44C0C" w:rsidRDefault="00000000" w:rsidP="00E87EA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VALOR UNITÁRIO</w:t>
            </w:r>
          </w:p>
        </w:tc>
        <w:tc>
          <w:tcPr>
            <w:tcW w:w="2085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FF28D2" w14:textId="77777777" w:rsidR="00B44C0C" w:rsidRDefault="00000000" w:rsidP="00E87EA5"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VALOR TOTAL</w:t>
            </w:r>
          </w:p>
        </w:tc>
      </w:tr>
      <w:tr w:rsidR="00B44C0C" w14:paraId="48EF672A" w14:textId="77777777" w:rsidTr="00432511">
        <w:trPr>
          <w:cantSplit/>
          <w:jc w:val="center"/>
        </w:trPr>
        <w:tc>
          <w:tcPr>
            <w:tcW w:w="61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A015E71" w14:textId="77777777" w:rsidR="00B44C0C" w:rsidRDefault="00000000" w:rsidP="00E87EA5">
            <w:pPr>
              <w:spacing w:after="0"/>
              <w:jc w:val="center"/>
            </w:pPr>
            <w:r>
              <w:rPr>
                <w:color w:val="000000"/>
                <w:sz w:val="16"/>
              </w:rPr>
              <w:t>1</w:t>
            </w:r>
          </w:p>
        </w:tc>
        <w:tc>
          <w:tcPr>
            <w:tcW w:w="497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190CD1A" w14:textId="77777777" w:rsidR="00B44C0C" w:rsidRDefault="00B44C0C" w:rsidP="00E87EA5">
            <w:pPr>
              <w:spacing w:after="0"/>
            </w:pPr>
          </w:p>
        </w:tc>
        <w:tc>
          <w:tcPr>
            <w:tcW w:w="850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B190CD3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58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0DE534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208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F1EBAC2" w14:textId="77777777" w:rsidR="00B44C0C" w:rsidRDefault="00B44C0C" w:rsidP="00E87EA5">
            <w:pPr>
              <w:spacing w:after="0"/>
              <w:jc w:val="center"/>
            </w:pPr>
          </w:p>
        </w:tc>
      </w:tr>
      <w:tr w:rsidR="00B44C0C" w14:paraId="7DE13E6D" w14:textId="77777777" w:rsidTr="00432511">
        <w:trPr>
          <w:cantSplit/>
          <w:jc w:val="center"/>
        </w:trPr>
        <w:tc>
          <w:tcPr>
            <w:tcW w:w="610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558310" w14:textId="77777777" w:rsidR="00B44C0C" w:rsidRDefault="00000000" w:rsidP="00E87EA5">
            <w:pPr>
              <w:spacing w:after="0"/>
              <w:jc w:val="center"/>
            </w:pPr>
            <w:r>
              <w:rPr>
                <w:color w:val="000000"/>
                <w:sz w:val="16"/>
              </w:rPr>
              <w:t>2</w:t>
            </w:r>
          </w:p>
        </w:tc>
        <w:tc>
          <w:tcPr>
            <w:tcW w:w="4975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291B742" w14:textId="77777777" w:rsidR="00B44C0C" w:rsidRDefault="00B44C0C" w:rsidP="00E87EA5">
            <w:pPr>
              <w:spacing w:after="0"/>
            </w:pPr>
          </w:p>
        </w:tc>
        <w:tc>
          <w:tcPr>
            <w:tcW w:w="850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B302C87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1587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2910CF" w14:textId="77777777" w:rsidR="00B44C0C" w:rsidRDefault="00B44C0C" w:rsidP="00E87EA5">
            <w:pPr>
              <w:spacing w:after="0"/>
              <w:jc w:val="center"/>
            </w:pPr>
          </w:p>
        </w:tc>
        <w:tc>
          <w:tcPr>
            <w:tcW w:w="2085" w:type="dxa"/>
            <w:shd w:val="clear" w:color="auto" w:fill="EAF2F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C769FE7" w14:textId="77777777" w:rsidR="00B44C0C" w:rsidRDefault="00B44C0C" w:rsidP="00E87EA5">
            <w:pPr>
              <w:spacing w:after="0"/>
              <w:jc w:val="center"/>
            </w:pPr>
          </w:p>
        </w:tc>
      </w:tr>
    </w:tbl>
    <w:p w14:paraId="5837B4E9" w14:textId="77777777" w:rsidR="00432511" w:rsidRPr="00432511" w:rsidRDefault="00432511" w:rsidP="00432511"/>
    <w:p w14:paraId="4524CFD0" w14:textId="5D8D3C2D" w:rsidR="00B44C0C" w:rsidRPr="00432511" w:rsidRDefault="00713C08" w:rsidP="00E87EA5">
      <w:pPr>
        <w:pStyle w:val="Ttulo1"/>
        <w:spacing w:before="0"/>
        <w:rPr>
          <w:color w:val="auto"/>
        </w:rPr>
      </w:pPr>
      <w:r w:rsidRPr="00432511">
        <w:rPr>
          <w:rFonts w:ascii="Arial" w:hAnsi="Arial"/>
          <w:color w:val="auto"/>
          <w:sz w:val="20"/>
        </w:rPr>
        <w:t xml:space="preserve">4 </w:t>
      </w:r>
      <w:r w:rsidR="00432511" w:rsidRPr="00432511">
        <w:rPr>
          <w:rFonts w:ascii="Arial" w:hAnsi="Arial"/>
          <w:color w:val="auto"/>
          <w:sz w:val="20"/>
        </w:rPr>
        <w:t>- RESUMO</w:t>
      </w:r>
      <w:r w:rsidRPr="00432511">
        <w:rPr>
          <w:rFonts w:ascii="Arial" w:hAnsi="Arial"/>
          <w:color w:val="auto"/>
          <w:sz w:val="20"/>
        </w:rPr>
        <w:t xml:space="preserve"> DO ORÇAMENTO</w:t>
      </w:r>
    </w:p>
    <w:tbl>
      <w:tblPr>
        <w:tblW w:w="0" w:type="auto"/>
        <w:jc w:val="right"/>
        <w:tblBorders>
          <w:top w:val="single" w:sz="7" w:space="0" w:color="C9D2D8"/>
          <w:left w:val="single" w:sz="7" w:space="0" w:color="C9D2D8"/>
          <w:bottom w:val="single" w:sz="7" w:space="0" w:color="C9D2D8"/>
          <w:right w:val="single" w:sz="7" w:space="0" w:color="C9D2D8"/>
          <w:insideH w:val="single" w:sz="7" w:space="0" w:color="C9D2D8"/>
          <w:insideV w:val="single" w:sz="7" w:space="0" w:color="C9D2D8"/>
        </w:tblBorders>
        <w:tblLayout w:type="fixed"/>
        <w:tblLook w:val="04A0" w:firstRow="1" w:lastRow="0" w:firstColumn="1" w:lastColumn="0" w:noHBand="0" w:noVBand="1"/>
      </w:tblPr>
      <w:tblGrid>
        <w:gridCol w:w="6918"/>
        <w:gridCol w:w="3373"/>
      </w:tblGrid>
      <w:tr w:rsidR="00B44C0C" w14:paraId="2028F80E" w14:textId="77777777" w:rsidTr="00432511">
        <w:trPr>
          <w:cantSplit/>
          <w:jc w:val="right"/>
        </w:trPr>
        <w:tc>
          <w:tcPr>
            <w:tcW w:w="69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452DEA" w14:textId="77777777" w:rsidR="00B44C0C" w:rsidRPr="004463E5" w:rsidRDefault="00000000" w:rsidP="00E87EA5">
            <w:pPr>
              <w:spacing w:after="0"/>
              <w:rPr>
                <w:lang w:val="pt-BR"/>
              </w:rPr>
            </w:pPr>
            <w:r w:rsidRPr="004463E5">
              <w:rPr>
                <w:color w:val="000000"/>
                <w:sz w:val="17"/>
                <w:lang w:val="pt-BR"/>
              </w:rPr>
              <w:t>Subtotal de peças e materiais</w:t>
            </w:r>
          </w:p>
        </w:tc>
        <w:tc>
          <w:tcPr>
            <w:tcW w:w="337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FF2B31" w14:textId="77777777" w:rsidR="00B44C0C" w:rsidRDefault="00000000" w:rsidP="00E87EA5">
            <w:pPr>
              <w:spacing w:after="0"/>
            </w:pPr>
            <w:r>
              <w:rPr>
                <w:color w:val="000000"/>
                <w:sz w:val="17"/>
              </w:rPr>
              <w:t>R$</w:t>
            </w:r>
          </w:p>
        </w:tc>
      </w:tr>
      <w:tr w:rsidR="00B44C0C" w14:paraId="47F23975" w14:textId="77777777" w:rsidTr="00432511">
        <w:trPr>
          <w:cantSplit/>
          <w:jc w:val="right"/>
        </w:trPr>
        <w:tc>
          <w:tcPr>
            <w:tcW w:w="69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C0F139" w14:textId="77777777" w:rsidR="00B44C0C" w:rsidRPr="004463E5" w:rsidRDefault="00000000" w:rsidP="00E87EA5">
            <w:pPr>
              <w:spacing w:after="0"/>
              <w:rPr>
                <w:lang w:val="pt-BR"/>
              </w:rPr>
            </w:pPr>
            <w:r w:rsidRPr="004463E5">
              <w:rPr>
                <w:color w:val="000000"/>
                <w:sz w:val="17"/>
                <w:lang w:val="pt-BR"/>
              </w:rPr>
              <w:t>Subtotal de serviços e mão de obra</w:t>
            </w:r>
          </w:p>
        </w:tc>
        <w:tc>
          <w:tcPr>
            <w:tcW w:w="337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AF30421" w14:textId="77777777" w:rsidR="00B44C0C" w:rsidRDefault="00000000" w:rsidP="00E87EA5">
            <w:pPr>
              <w:spacing w:after="0"/>
            </w:pPr>
            <w:r>
              <w:rPr>
                <w:color w:val="000000"/>
                <w:sz w:val="17"/>
              </w:rPr>
              <w:t>R$</w:t>
            </w:r>
          </w:p>
        </w:tc>
      </w:tr>
      <w:tr w:rsidR="00B44C0C" w14:paraId="732B7981" w14:textId="77777777" w:rsidTr="00432511">
        <w:trPr>
          <w:cantSplit/>
          <w:jc w:val="right"/>
        </w:trPr>
        <w:tc>
          <w:tcPr>
            <w:tcW w:w="691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9324AE" w14:textId="77777777" w:rsidR="00B44C0C" w:rsidRDefault="00000000" w:rsidP="00E87EA5">
            <w:pPr>
              <w:spacing w:after="0"/>
            </w:pPr>
            <w:r>
              <w:rPr>
                <w:color w:val="000000"/>
                <w:sz w:val="17"/>
              </w:rPr>
              <w:t xml:space="preserve">Outros custos </w:t>
            </w:r>
            <w:proofErr w:type="spellStart"/>
            <w:r>
              <w:rPr>
                <w:color w:val="000000"/>
                <w:sz w:val="17"/>
              </w:rPr>
              <w:t>discriminados</w:t>
            </w:r>
            <w:proofErr w:type="spellEnd"/>
          </w:p>
        </w:tc>
        <w:tc>
          <w:tcPr>
            <w:tcW w:w="337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F3059F" w14:textId="77777777" w:rsidR="00B44C0C" w:rsidRDefault="00000000" w:rsidP="00E87EA5">
            <w:pPr>
              <w:spacing w:after="0"/>
            </w:pPr>
            <w:r>
              <w:rPr>
                <w:color w:val="000000"/>
                <w:sz w:val="17"/>
              </w:rPr>
              <w:t>R$</w:t>
            </w:r>
          </w:p>
        </w:tc>
      </w:tr>
      <w:tr w:rsidR="00B44C0C" w14:paraId="419D7690" w14:textId="77777777" w:rsidTr="00432511">
        <w:trPr>
          <w:cantSplit/>
          <w:jc w:val="right"/>
        </w:trPr>
        <w:tc>
          <w:tcPr>
            <w:tcW w:w="6918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E13469" w14:textId="77777777" w:rsidR="00B44C0C" w:rsidRDefault="00000000" w:rsidP="00E87EA5">
            <w:pPr>
              <w:spacing w:after="0"/>
            </w:pPr>
            <w:r>
              <w:rPr>
                <w:b/>
                <w:color w:val="FFFFFF"/>
                <w:sz w:val="17"/>
              </w:rPr>
              <w:t>VALOR TOTAL DO REPARO</w:t>
            </w:r>
          </w:p>
        </w:tc>
        <w:tc>
          <w:tcPr>
            <w:tcW w:w="3373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A48560" w14:textId="77777777" w:rsidR="00B44C0C" w:rsidRDefault="00000000" w:rsidP="00E87EA5">
            <w:pPr>
              <w:spacing w:after="0"/>
            </w:pPr>
            <w:r>
              <w:rPr>
                <w:b/>
                <w:color w:val="FFFFFF"/>
                <w:sz w:val="17"/>
              </w:rPr>
              <w:t>R$</w:t>
            </w:r>
          </w:p>
        </w:tc>
      </w:tr>
    </w:tbl>
    <w:p w14:paraId="45A746E3" w14:textId="77777777" w:rsidR="00432511" w:rsidRPr="00432511" w:rsidRDefault="00432511" w:rsidP="00432511">
      <w:pPr>
        <w:rPr>
          <w:lang w:val="pt-BR"/>
        </w:rPr>
      </w:pPr>
    </w:p>
    <w:p w14:paraId="50DA3F1D" w14:textId="311C356B" w:rsidR="00B44C0C" w:rsidRPr="00432511" w:rsidRDefault="00713C08" w:rsidP="00E87EA5">
      <w:pPr>
        <w:pStyle w:val="Ttulo1"/>
        <w:spacing w:before="0"/>
        <w:rPr>
          <w:color w:val="auto"/>
          <w:lang w:val="pt-BR"/>
        </w:rPr>
      </w:pPr>
      <w:r w:rsidRPr="00432511">
        <w:rPr>
          <w:rFonts w:ascii="Arial" w:hAnsi="Arial"/>
          <w:color w:val="auto"/>
          <w:sz w:val="20"/>
          <w:lang w:val="pt-BR"/>
        </w:rPr>
        <w:t>5-</w:t>
      </w:r>
      <w:r w:rsidR="00432511" w:rsidRPr="00432511">
        <w:rPr>
          <w:rFonts w:ascii="Arial" w:hAnsi="Arial"/>
          <w:color w:val="auto"/>
          <w:sz w:val="20"/>
          <w:lang w:val="pt-BR"/>
        </w:rPr>
        <w:t xml:space="preserve"> </w:t>
      </w:r>
      <w:r w:rsidRPr="00432511">
        <w:rPr>
          <w:rFonts w:ascii="Arial" w:hAnsi="Arial"/>
          <w:color w:val="auto"/>
          <w:sz w:val="20"/>
          <w:lang w:val="pt-BR"/>
        </w:rPr>
        <w:t>SUBSTITUIÇÃO EM CASO DE PERDA TOTAL OU REPARO ANTIECONÔMICO</w:t>
      </w:r>
    </w:p>
    <w:tbl>
      <w:tblPr>
        <w:tblW w:w="0" w:type="auto"/>
        <w:jc w:val="center"/>
        <w:tblBorders>
          <w:top w:val="single" w:sz="7" w:space="0" w:color="C9D2D8"/>
          <w:left w:val="single" w:sz="7" w:space="0" w:color="C9D2D8"/>
          <w:bottom w:val="single" w:sz="7" w:space="0" w:color="C9D2D8"/>
          <w:right w:val="single" w:sz="7" w:space="0" w:color="C9D2D8"/>
          <w:insideH w:val="single" w:sz="7" w:space="0" w:color="C9D2D8"/>
          <w:insideV w:val="single" w:sz="7" w:space="0" w:color="C9D2D8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3402"/>
        <w:gridCol w:w="1587"/>
        <w:gridCol w:w="3403"/>
      </w:tblGrid>
      <w:tr w:rsidR="00B44C0C" w14:paraId="7B619F63" w14:textId="77777777" w:rsidTr="00432511">
        <w:trPr>
          <w:cantSplit/>
          <w:jc w:val="center"/>
        </w:trPr>
        <w:tc>
          <w:tcPr>
            <w:tcW w:w="1928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FB41C57" w14:textId="77777777" w:rsidR="00B44C0C" w:rsidRDefault="00000000" w:rsidP="00E87EA5">
            <w:pPr>
              <w:spacing w:after="0"/>
            </w:pPr>
            <w:r>
              <w:rPr>
                <w:b/>
                <w:color w:val="FFFFFF"/>
                <w:sz w:val="16"/>
              </w:rPr>
              <w:t>PRODUTO SIMILAR</w:t>
            </w:r>
          </w:p>
        </w:tc>
        <w:tc>
          <w:tcPr>
            <w:tcW w:w="340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B02986" w14:textId="77777777" w:rsidR="00B44C0C" w:rsidRDefault="00B44C0C" w:rsidP="00E87EA5">
            <w:pPr>
              <w:spacing w:after="0"/>
            </w:pPr>
          </w:p>
        </w:tc>
        <w:tc>
          <w:tcPr>
            <w:tcW w:w="1587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035AD14" w14:textId="77777777" w:rsidR="00B44C0C" w:rsidRDefault="00000000" w:rsidP="00E87EA5">
            <w:pPr>
              <w:spacing w:after="0"/>
            </w:pPr>
            <w:r>
              <w:rPr>
                <w:b/>
                <w:color w:val="FFFFFF"/>
                <w:sz w:val="16"/>
              </w:rPr>
              <w:t>MARCA E MODELO</w:t>
            </w:r>
          </w:p>
        </w:tc>
        <w:tc>
          <w:tcPr>
            <w:tcW w:w="34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3DC955" w14:textId="77777777" w:rsidR="00B44C0C" w:rsidRDefault="00B44C0C" w:rsidP="00E87EA5">
            <w:pPr>
              <w:spacing w:after="0"/>
            </w:pPr>
          </w:p>
        </w:tc>
      </w:tr>
      <w:tr w:rsidR="00B44C0C" w14:paraId="2149C6DC" w14:textId="77777777" w:rsidTr="00432511">
        <w:trPr>
          <w:cantSplit/>
          <w:jc w:val="center"/>
        </w:trPr>
        <w:tc>
          <w:tcPr>
            <w:tcW w:w="1928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2C8D2D" w14:textId="77777777" w:rsidR="00B44C0C" w:rsidRDefault="00000000" w:rsidP="00E87EA5">
            <w:pPr>
              <w:spacing w:after="0"/>
            </w:pPr>
            <w:r>
              <w:rPr>
                <w:b/>
                <w:color w:val="FFFFFF"/>
                <w:sz w:val="16"/>
              </w:rPr>
              <w:t>FORNECEDOR</w:t>
            </w:r>
          </w:p>
        </w:tc>
        <w:tc>
          <w:tcPr>
            <w:tcW w:w="340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30ED10" w14:textId="77777777" w:rsidR="00B44C0C" w:rsidRDefault="00B44C0C" w:rsidP="00E87EA5">
            <w:pPr>
              <w:spacing w:after="0"/>
            </w:pPr>
          </w:p>
        </w:tc>
        <w:tc>
          <w:tcPr>
            <w:tcW w:w="1587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034014" w14:textId="77777777" w:rsidR="00B44C0C" w:rsidRDefault="00000000" w:rsidP="00E87EA5">
            <w:pPr>
              <w:spacing w:after="0"/>
            </w:pPr>
            <w:r>
              <w:rPr>
                <w:b/>
                <w:color w:val="FFFFFF"/>
                <w:sz w:val="16"/>
              </w:rPr>
              <w:t>VALOR</w:t>
            </w:r>
          </w:p>
        </w:tc>
        <w:tc>
          <w:tcPr>
            <w:tcW w:w="34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6BDFAC2" w14:textId="77777777" w:rsidR="00B44C0C" w:rsidRDefault="00000000" w:rsidP="00E87EA5">
            <w:pPr>
              <w:spacing w:after="0"/>
            </w:pPr>
            <w:r>
              <w:rPr>
                <w:color w:val="000000"/>
                <w:sz w:val="17"/>
              </w:rPr>
              <w:t>R$</w:t>
            </w:r>
          </w:p>
        </w:tc>
      </w:tr>
      <w:tr w:rsidR="00B44C0C" w14:paraId="5A2BD4FC" w14:textId="77777777" w:rsidTr="00432511">
        <w:trPr>
          <w:cantSplit/>
          <w:jc w:val="center"/>
        </w:trPr>
        <w:tc>
          <w:tcPr>
            <w:tcW w:w="1928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24A3518" w14:textId="77777777" w:rsidR="00B44C0C" w:rsidRDefault="00000000" w:rsidP="00E87EA5">
            <w:pPr>
              <w:spacing w:after="0"/>
            </w:pPr>
            <w:r>
              <w:rPr>
                <w:b/>
                <w:color w:val="FFFFFF"/>
                <w:sz w:val="16"/>
              </w:rPr>
              <w:t>TÉCNICO RESPONSÁVEL</w:t>
            </w:r>
          </w:p>
        </w:tc>
        <w:tc>
          <w:tcPr>
            <w:tcW w:w="340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3E3B368" w14:textId="77777777" w:rsidR="00B44C0C" w:rsidRDefault="00B44C0C" w:rsidP="00E87EA5">
            <w:pPr>
              <w:spacing w:after="0"/>
            </w:pPr>
          </w:p>
        </w:tc>
        <w:tc>
          <w:tcPr>
            <w:tcW w:w="1587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6686E2" w14:textId="77777777" w:rsidR="00B44C0C" w:rsidRDefault="00000000" w:rsidP="00E87EA5">
            <w:pPr>
              <w:spacing w:after="0"/>
            </w:pPr>
            <w:r>
              <w:rPr>
                <w:b/>
                <w:color w:val="FFFFFF"/>
                <w:sz w:val="16"/>
              </w:rPr>
              <w:t>QUALIFICAÇÃO</w:t>
            </w:r>
          </w:p>
        </w:tc>
        <w:tc>
          <w:tcPr>
            <w:tcW w:w="34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51475F" w14:textId="77777777" w:rsidR="00B44C0C" w:rsidRDefault="00B44C0C" w:rsidP="00E87EA5">
            <w:pPr>
              <w:spacing w:after="0"/>
            </w:pPr>
          </w:p>
        </w:tc>
      </w:tr>
      <w:tr w:rsidR="00B44C0C" w14:paraId="6CBC8DC3" w14:textId="77777777" w:rsidTr="00432511">
        <w:trPr>
          <w:cantSplit/>
          <w:jc w:val="center"/>
        </w:trPr>
        <w:tc>
          <w:tcPr>
            <w:tcW w:w="1928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96C0B4" w14:textId="77777777" w:rsidR="00B44C0C" w:rsidRDefault="00000000" w:rsidP="00E87EA5">
            <w:pPr>
              <w:spacing w:after="0"/>
            </w:pPr>
            <w:r>
              <w:rPr>
                <w:b/>
                <w:color w:val="FFFFFF"/>
                <w:sz w:val="16"/>
              </w:rPr>
              <w:t>REGISTRO PROFISSIONAL</w:t>
            </w:r>
          </w:p>
        </w:tc>
        <w:tc>
          <w:tcPr>
            <w:tcW w:w="3402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86BAE94" w14:textId="77777777" w:rsidR="00B44C0C" w:rsidRDefault="00B44C0C" w:rsidP="00E87EA5">
            <w:pPr>
              <w:spacing w:after="0"/>
            </w:pPr>
          </w:p>
        </w:tc>
        <w:tc>
          <w:tcPr>
            <w:tcW w:w="1587" w:type="dxa"/>
            <w:shd w:val="clear" w:color="auto" w:fill="234B63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1540E7" w14:textId="77777777" w:rsidR="00B44C0C" w:rsidRDefault="00000000" w:rsidP="00E87EA5">
            <w:pPr>
              <w:spacing w:after="0"/>
            </w:pPr>
            <w:r>
              <w:rPr>
                <w:b/>
                <w:color w:val="FFFFFF"/>
                <w:sz w:val="16"/>
              </w:rPr>
              <w:t>ÓRGÃO UF</w:t>
            </w:r>
          </w:p>
        </w:tc>
        <w:tc>
          <w:tcPr>
            <w:tcW w:w="3403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67AF4A" w14:textId="77777777" w:rsidR="00B44C0C" w:rsidRDefault="00B44C0C" w:rsidP="00E87EA5">
            <w:pPr>
              <w:spacing w:after="0"/>
            </w:pPr>
          </w:p>
        </w:tc>
      </w:tr>
    </w:tbl>
    <w:p w14:paraId="16074287" w14:textId="77777777" w:rsidR="00432511" w:rsidRDefault="00432511" w:rsidP="00E87EA5">
      <w:pPr>
        <w:spacing w:after="0"/>
        <w:jc w:val="center"/>
        <w:rPr>
          <w:b/>
          <w:color w:val="444444"/>
          <w:sz w:val="15"/>
          <w:lang w:val="pt-BR"/>
        </w:rPr>
      </w:pPr>
    </w:p>
    <w:p w14:paraId="73DED4DF" w14:textId="77777777" w:rsidR="00432511" w:rsidRDefault="00432511" w:rsidP="00432511">
      <w:pPr>
        <w:pStyle w:val="Ttulo1"/>
        <w:spacing w:before="0"/>
        <w:rPr>
          <w:rFonts w:ascii="Arial" w:hAnsi="Arial"/>
          <w:color w:val="auto"/>
          <w:sz w:val="20"/>
          <w:lang w:val="pt-BR"/>
        </w:rPr>
      </w:pPr>
    </w:p>
    <w:p w14:paraId="0E4E13B3" w14:textId="75205160" w:rsidR="00432511" w:rsidRDefault="00432511" w:rsidP="00432511">
      <w:pPr>
        <w:pStyle w:val="Ttulo1"/>
        <w:spacing w:before="0"/>
        <w:rPr>
          <w:rFonts w:ascii="Arial" w:hAnsi="Arial"/>
          <w:color w:val="auto"/>
          <w:sz w:val="20"/>
          <w:lang w:val="pt-BR"/>
        </w:rPr>
      </w:pPr>
      <w:r w:rsidRPr="00E87EA5">
        <w:rPr>
          <w:rFonts w:ascii="Arial" w:hAnsi="Arial"/>
          <w:color w:val="auto"/>
          <w:sz w:val="20"/>
          <w:lang w:val="pt-BR"/>
        </w:rPr>
        <w:t>6 -   IDENTIFICAÇÃO DA ASSISTÊNCIA TÉCNICA E DO RESPONSÁVEL</w:t>
      </w:r>
    </w:p>
    <w:p w14:paraId="645661F6" w14:textId="77777777" w:rsidR="00432511" w:rsidRDefault="00432511" w:rsidP="00432511">
      <w:pPr>
        <w:rPr>
          <w:lang w:val="pt-BR"/>
        </w:rPr>
      </w:pPr>
    </w:p>
    <w:p w14:paraId="60F91373" w14:textId="77777777" w:rsidR="00432511" w:rsidRPr="00E87EA5" w:rsidRDefault="00432511" w:rsidP="00432511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 xml:space="preserve">RAZÃO SOCIAL NOME: </w:t>
      </w:r>
    </w:p>
    <w:p w14:paraId="4E6C10FF" w14:textId="77777777" w:rsidR="00432511" w:rsidRPr="00E87EA5" w:rsidRDefault="00432511" w:rsidP="00432511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CNPJ</w:t>
      </w:r>
      <w:r>
        <w:rPr>
          <w:b/>
          <w:bCs/>
          <w:lang w:val="pt-BR"/>
        </w:rPr>
        <w:t>/</w:t>
      </w:r>
      <w:r w:rsidRPr="00E87EA5">
        <w:rPr>
          <w:b/>
          <w:bCs/>
          <w:lang w:val="pt-BR"/>
        </w:rPr>
        <w:t>CPF:</w:t>
      </w:r>
    </w:p>
    <w:p w14:paraId="22D4E7E5" w14:textId="77777777" w:rsidR="00432511" w:rsidRPr="00E87EA5" w:rsidRDefault="00432511" w:rsidP="00432511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ENDEREÇO:</w:t>
      </w:r>
    </w:p>
    <w:p w14:paraId="5CD10D30" w14:textId="77777777" w:rsidR="00432511" w:rsidRDefault="00432511" w:rsidP="00432511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FONE:</w:t>
      </w:r>
    </w:p>
    <w:p w14:paraId="5AF3D1D6" w14:textId="77777777" w:rsidR="00432511" w:rsidRDefault="00432511" w:rsidP="00432511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E</w:t>
      </w:r>
      <w:r>
        <w:rPr>
          <w:b/>
          <w:bCs/>
          <w:lang w:val="pt-BR"/>
        </w:rPr>
        <w:t>-</w:t>
      </w:r>
      <w:r w:rsidRPr="00E87EA5">
        <w:rPr>
          <w:b/>
          <w:bCs/>
          <w:lang w:val="pt-BR"/>
        </w:rPr>
        <w:t>MAIL</w:t>
      </w:r>
      <w:r>
        <w:rPr>
          <w:b/>
          <w:bCs/>
          <w:lang w:val="pt-BR"/>
        </w:rPr>
        <w:t>:</w:t>
      </w:r>
    </w:p>
    <w:p w14:paraId="56C5F20E" w14:textId="77777777" w:rsidR="00432511" w:rsidRPr="00432511" w:rsidRDefault="00432511" w:rsidP="00432511">
      <w:pPr>
        <w:spacing w:after="0" w:line="360" w:lineRule="auto"/>
        <w:rPr>
          <w:color w:val="000000"/>
          <w:sz w:val="17"/>
          <w:lang w:val="pt-BR"/>
        </w:rPr>
      </w:pPr>
      <w:r w:rsidRPr="00E87EA5">
        <w:rPr>
          <w:b/>
          <w:bCs/>
          <w:lang w:val="pt-BR"/>
        </w:rPr>
        <w:t>CREDENCIADA CEGERO</w:t>
      </w:r>
      <w:r>
        <w:rPr>
          <w:b/>
          <w:bCs/>
          <w:lang w:val="pt-BR"/>
        </w:rPr>
        <w:t xml:space="preserve">: </w:t>
      </w:r>
      <w:r w:rsidRPr="00432511">
        <w:rPr>
          <w:color w:val="000000"/>
          <w:sz w:val="17"/>
          <w:lang w:val="pt-BR"/>
        </w:rPr>
        <w:t>(     ) Sim   (     ) Não</w:t>
      </w:r>
    </w:p>
    <w:p w14:paraId="02E3F1D6" w14:textId="77777777" w:rsidR="00432511" w:rsidRDefault="00432511" w:rsidP="00432511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TÉCNICO RESPONSÁVEL</w:t>
      </w:r>
      <w:r>
        <w:rPr>
          <w:b/>
          <w:bCs/>
          <w:lang w:val="pt-BR"/>
        </w:rPr>
        <w:t>:</w:t>
      </w:r>
    </w:p>
    <w:p w14:paraId="7DC13DAF" w14:textId="77777777" w:rsidR="00432511" w:rsidRDefault="00432511" w:rsidP="00432511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QUALIFICAÇÃO</w:t>
      </w:r>
      <w:r>
        <w:rPr>
          <w:b/>
          <w:bCs/>
          <w:lang w:val="pt-BR"/>
        </w:rPr>
        <w:t>:</w:t>
      </w:r>
    </w:p>
    <w:p w14:paraId="79686373" w14:textId="77777777" w:rsidR="00432511" w:rsidRDefault="00432511" w:rsidP="00432511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REGISTRO PROFISSIONAL</w:t>
      </w:r>
      <w:r>
        <w:rPr>
          <w:b/>
          <w:bCs/>
          <w:lang w:val="pt-BR"/>
        </w:rPr>
        <w:t>:</w:t>
      </w:r>
    </w:p>
    <w:p w14:paraId="34BC33E1" w14:textId="77777777" w:rsidR="00432511" w:rsidRPr="00E87EA5" w:rsidRDefault="00432511" w:rsidP="00432511">
      <w:pPr>
        <w:spacing w:after="0" w:line="360" w:lineRule="auto"/>
        <w:rPr>
          <w:b/>
          <w:bCs/>
          <w:lang w:val="pt-BR"/>
        </w:rPr>
      </w:pPr>
      <w:r w:rsidRPr="00E87EA5">
        <w:rPr>
          <w:b/>
          <w:bCs/>
          <w:lang w:val="pt-BR"/>
        </w:rPr>
        <w:t>ÓRGÃO UF</w:t>
      </w:r>
      <w:r>
        <w:rPr>
          <w:b/>
          <w:bCs/>
          <w:lang w:val="pt-BR"/>
        </w:rPr>
        <w:t>:</w:t>
      </w:r>
    </w:p>
    <w:p w14:paraId="331F1761" w14:textId="77777777" w:rsidR="00432511" w:rsidRPr="00E87EA5" w:rsidRDefault="00432511" w:rsidP="00432511">
      <w:pPr>
        <w:rPr>
          <w:lang w:val="pt-BR"/>
        </w:rPr>
      </w:pPr>
    </w:p>
    <w:p w14:paraId="4AD0B982" w14:textId="77777777" w:rsidR="00432511" w:rsidRPr="00E87EA5" w:rsidRDefault="00432511" w:rsidP="00432511">
      <w:pPr>
        <w:spacing w:after="0"/>
        <w:rPr>
          <w:b/>
          <w:lang w:val="pt-BR"/>
        </w:rPr>
      </w:pPr>
      <w:r w:rsidRPr="00E87EA5">
        <w:rPr>
          <w:b/>
          <w:lang w:val="pt-BR"/>
        </w:rPr>
        <w:t>DECLARAÇÃO DO RESPONSÁVEL TÉCNICO</w:t>
      </w:r>
    </w:p>
    <w:p w14:paraId="44697ED4" w14:textId="77777777" w:rsidR="00432511" w:rsidRPr="00E87EA5" w:rsidRDefault="00432511" w:rsidP="00432511">
      <w:pPr>
        <w:spacing w:after="0"/>
        <w:rPr>
          <w:lang w:val="pt-BR"/>
        </w:rPr>
      </w:pPr>
    </w:p>
    <w:p w14:paraId="1E335340" w14:textId="77777777" w:rsidR="00432511" w:rsidRDefault="00432511" w:rsidP="00432511">
      <w:pPr>
        <w:spacing w:after="0"/>
        <w:rPr>
          <w:color w:val="000000"/>
          <w:sz w:val="20"/>
          <w:szCs w:val="20"/>
          <w:lang w:val="pt-BR"/>
        </w:rPr>
      </w:pPr>
      <w:r w:rsidRPr="00E87EA5">
        <w:rPr>
          <w:color w:val="000000"/>
          <w:sz w:val="20"/>
          <w:szCs w:val="20"/>
          <w:lang w:val="pt-BR"/>
        </w:rPr>
        <w:t>Declaro que realizei a avaliação técnica do equipamento identificado neste documento, que as informações, o diagnóstico, a conclusão e os valores apresentados correspondem aos exames e serviços descritos, e que estou ciente das responsabilidades decorrentes de informações inexatas.</w:t>
      </w:r>
    </w:p>
    <w:p w14:paraId="320D75A0" w14:textId="77777777" w:rsidR="00432511" w:rsidRDefault="00432511" w:rsidP="00432511">
      <w:pPr>
        <w:spacing w:after="0"/>
        <w:rPr>
          <w:sz w:val="20"/>
          <w:szCs w:val="20"/>
          <w:lang w:val="pt-BR"/>
        </w:rPr>
      </w:pPr>
    </w:p>
    <w:p w14:paraId="49663784" w14:textId="77777777" w:rsidR="00432511" w:rsidRDefault="00432511" w:rsidP="00432511">
      <w:pPr>
        <w:spacing w:after="0"/>
        <w:jc w:val="right"/>
        <w:rPr>
          <w:color w:val="000000"/>
          <w:sz w:val="20"/>
          <w:szCs w:val="20"/>
          <w:lang w:val="pt-BR"/>
        </w:rPr>
      </w:pPr>
    </w:p>
    <w:p w14:paraId="716CAC3A" w14:textId="77777777" w:rsidR="00432511" w:rsidRDefault="00432511" w:rsidP="00432511">
      <w:pPr>
        <w:spacing w:after="0"/>
        <w:jc w:val="right"/>
        <w:rPr>
          <w:sz w:val="20"/>
          <w:szCs w:val="20"/>
          <w:lang w:val="pt-BR"/>
        </w:rPr>
      </w:pPr>
      <w:r w:rsidRPr="00E87EA5">
        <w:rPr>
          <w:color w:val="000000"/>
          <w:sz w:val="20"/>
          <w:szCs w:val="20"/>
          <w:lang w:val="pt-BR"/>
        </w:rPr>
        <w:t>Local e data</w:t>
      </w:r>
      <w:r w:rsidRPr="00E87EA5">
        <w:rPr>
          <w:color w:val="000000"/>
          <w:sz w:val="20"/>
          <w:szCs w:val="20"/>
          <w:lang w:val="pt-BR"/>
        </w:rPr>
        <w:br/>
      </w:r>
    </w:p>
    <w:p w14:paraId="71180EC6" w14:textId="77777777" w:rsidR="00432511" w:rsidRDefault="00432511" w:rsidP="00432511">
      <w:pPr>
        <w:spacing w:after="0"/>
        <w:jc w:val="right"/>
        <w:rPr>
          <w:sz w:val="20"/>
          <w:szCs w:val="20"/>
          <w:lang w:val="pt-BR"/>
        </w:rPr>
      </w:pPr>
    </w:p>
    <w:p w14:paraId="42FBBCBD" w14:textId="77777777" w:rsidR="00432511" w:rsidRPr="00E87EA5" w:rsidRDefault="00432511" w:rsidP="00432511">
      <w:pPr>
        <w:spacing w:after="0"/>
        <w:jc w:val="right"/>
        <w:rPr>
          <w:sz w:val="20"/>
          <w:szCs w:val="20"/>
          <w:lang w:val="pt-BR"/>
        </w:rPr>
      </w:pPr>
    </w:p>
    <w:p w14:paraId="4E846D69" w14:textId="77777777" w:rsidR="00432511" w:rsidRDefault="00432511" w:rsidP="00432511">
      <w:pPr>
        <w:spacing w:after="0"/>
        <w:jc w:val="center"/>
        <w:rPr>
          <w:b/>
          <w:color w:val="444444"/>
          <w:sz w:val="15"/>
          <w:lang w:val="pt-BR"/>
        </w:rPr>
      </w:pPr>
    </w:p>
    <w:p w14:paraId="49662B50" w14:textId="77777777" w:rsidR="00432511" w:rsidRDefault="00432511" w:rsidP="00432511">
      <w:pPr>
        <w:spacing w:after="0"/>
        <w:jc w:val="center"/>
        <w:rPr>
          <w:color w:val="000000"/>
          <w:sz w:val="20"/>
          <w:szCs w:val="20"/>
          <w:lang w:val="pt-BR"/>
        </w:rPr>
      </w:pPr>
      <w:r>
        <w:rPr>
          <w:color w:val="000000"/>
          <w:sz w:val="20"/>
          <w:szCs w:val="20"/>
          <w:lang w:val="pt-BR"/>
        </w:rPr>
        <w:t>Nome</w:t>
      </w:r>
      <w:r w:rsidRPr="00E87EA5">
        <w:rPr>
          <w:color w:val="000000"/>
          <w:sz w:val="20"/>
          <w:szCs w:val="20"/>
          <w:lang w:val="pt-BR"/>
        </w:rPr>
        <w:t xml:space="preserve"> do responsável técnico</w:t>
      </w:r>
    </w:p>
    <w:p w14:paraId="6F98718E" w14:textId="77777777" w:rsidR="00432511" w:rsidRDefault="00432511" w:rsidP="00432511">
      <w:pPr>
        <w:spacing w:after="0"/>
        <w:jc w:val="center"/>
        <w:rPr>
          <w:color w:val="000000"/>
          <w:sz w:val="20"/>
          <w:szCs w:val="20"/>
          <w:lang w:val="pt-BR"/>
        </w:rPr>
      </w:pPr>
      <w:r>
        <w:rPr>
          <w:color w:val="000000"/>
          <w:sz w:val="20"/>
          <w:szCs w:val="20"/>
          <w:lang w:val="pt-BR"/>
        </w:rPr>
        <w:t>CPF:</w:t>
      </w:r>
    </w:p>
    <w:p w14:paraId="46493817" w14:textId="77777777" w:rsidR="00432511" w:rsidRDefault="00432511" w:rsidP="00432511">
      <w:pPr>
        <w:spacing w:after="0"/>
        <w:jc w:val="center"/>
        <w:rPr>
          <w:color w:val="000000"/>
          <w:sz w:val="20"/>
          <w:szCs w:val="20"/>
          <w:lang w:val="pt-BR"/>
        </w:rPr>
      </w:pPr>
    </w:p>
    <w:p w14:paraId="01F9AC97" w14:textId="77777777" w:rsidR="00432511" w:rsidRDefault="00432511" w:rsidP="00432511">
      <w:pPr>
        <w:spacing w:after="0"/>
        <w:jc w:val="center"/>
        <w:rPr>
          <w:color w:val="000000"/>
          <w:sz w:val="20"/>
          <w:szCs w:val="20"/>
          <w:lang w:val="pt-BR"/>
        </w:rPr>
      </w:pPr>
    </w:p>
    <w:p w14:paraId="625ED55A" w14:textId="77777777" w:rsidR="00432511" w:rsidRPr="004463E5" w:rsidRDefault="00432511" w:rsidP="00432511">
      <w:pPr>
        <w:spacing w:after="0"/>
        <w:jc w:val="center"/>
        <w:rPr>
          <w:lang w:val="pt-BR"/>
        </w:rPr>
      </w:pPr>
      <w:r w:rsidRPr="004463E5">
        <w:rPr>
          <w:b/>
          <w:color w:val="444444"/>
          <w:sz w:val="15"/>
          <w:lang w:val="pt-BR"/>
        </w:rPr>
        <w:t>Preencher todos os campos aplicáveis. Anexar documentação de qualificação profissional quando solicitada.</w:t>
      </w:r>
    </w:p>
    <w:p w14:paraId="19C89DCB" w14:textId="588D2437" w:rsidR="00B44C0C" w:rsidRPr="00432511" w:rsidRDefault="00B44C0C" w:rsidP="00432511">
      <w:pPr>
        <w:spacing w:after="0"/>
        <w:rPr>
          <w:rFonts w:cs="Arial"/>
          <w:sz w:val="20"/>
          <w:szCs w:val="20"/>
          <w:lang w:val="pt-BR"/>
        </w:rPr>
      </w:pPr>
    </w:p>
    <w:sectPr w:rsidR="00B44C0C" w:rsidRPr="00432511">
      <w:headerReference w:type="default" r:id="rId8"/>
      <w:footerReference w:type="default" r:id="rId9"/>
      <w:pgSz w:w="11906" w:h="16838"/>
      <w:pgMar w:top="1219" w:right="850" w:bottom="879" w:left="850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E5F01" w14:textId="77777777" w:rsidR="007E7673" w:rsidRDefault="007E7673">
      <w:pPr>
        <w:spacing w:after="0" w:line="240" w:lineRule="auto"/>
      </w:pPr>
      <w:r>
        <w:separator/>
      </w:r>
    </w:p>
  </w:endnote>
  <w:endnote w:type="continuationSeparator" w:id="0">
    <w:p w14:paraId="232AEAEB" w14:textId="77777777" w:rsidR="007E7673" w:rsidRDefault="007E7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C4EC" w14:textId="086991A0" w:rsidR="00B44C0C" w:rsidRPr="004463E5" w:rsidRDefault="00B44C0C">
    <w:pPr>
      <w:spacing w:after="0" w:line="240" w:lineRule="auto"/>
      <w:jc w:val="center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4B9E5" w14:textId="77777777" w:rsidR="007E7673" w:rsidRDefault="007E7673">
      <w:pPr>
        <w:spacing w:after="0" w:line="240" w:lineRule="auto"/>
      </w:pPr>
      <w:r>
        <w:separator/>
      </w:r>
    </w:p>
  </w:footnote>
  <w:footnote w:type="continuationSeparator" w:id="0">
    <w:p w14:paraId="45FAE282" w14:textId="77777777" w:rsidR="007E7673" w:rsidRDefault="007E7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8653B" w14:textId="77777777" w:rsidR="0053436C" w:rsidRDefault="0053436C"/>
  <w:tbl>
    <w:tblPr>
      <w:tblW w:w="0" w:type="auto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Layout w:type="fixed"/>
      <w:tblLook w:val="04A0" w:firstRow="1" w:lastRow="0" w:firstColumn="1" w:lastColumn="0" w:noHBand="0" w:noVBand="1"/>
    </w:tblPr>
    <w:tblGrid>
      <w:gridCol w:w="4762"/>
      <w:gridCol w:w="4762"/>
    </w:tblGrid>
    <w:tr w:rsidR="00B44C0C" w14:paraId="3CE40C72" w14:textId="77777777">
      <w:tc>
        <w:tcPr>
          <w:tcW w:w="4762" w:type="dxa"/>
          <w:tcMar>
            <w:top w:w="70" w:type="dxa"/>
            <w:left w:w="85" w:type="dxa"/>
            <w:bottom w:w="70" w:type="dxa"/>
            <w:right w:w="85" w:type="dxa"/>
          </w:tcMar>
          <w:vAlign w:val="center"/>
        </w:tcPr>
        <w:p w14:paraId="443A4877" w14:textId="5C903B01" w:rsidR="00B44C0C" w:rsidRDefault="00B44C0C">
          <w:pPr>
            <w:spacing w:after="0" w:line="240" w:lineRule="auto"/>
          </w:pPr>
        </w:p>
      </w:tc>
      <w:tc>
        <w:tcPr>
          <w:tcW w:w="4762" w:type="dxa"/>
          <w:tcMar>
            <w:top w:w="70" w:type="dxa"/>
            <w:left w:w="85" w:type="dxa"/>
            <w:bottom w:w="70" w:type="dxa"/>
            <w:right w:w="85" w:type="dxa"/>
          </w:tcMar>
          <w:vAlign w:val="center"/>
        </w:tcPr>
        <w:p w14:paraId="540E1FBA" w14:textId="18DCE636" w:rsidR="00B44C0C" w:rsidRDefault="00B44C0C">
          <w:pPr>
            <w:spacing w:after="0" w:line="240" w:lineRule="auto"/>
            <w:jc w:val="center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0863304">
    <w:abstractNumId w:val="8"/>
  </w:num>
  <w:num w:numId="2" w16cid:durableId="1545605205">
    <w:abstractNumId w:val="6"/>
  </w:num>
  <w:num w:numId="3" w16cid:durableId="1106191269">
    <w:abstractNumId w:val="5"/>
  </w:num>
  <w:num w:numId="4" w16cid:durableId="253368032">
    <w:abstractNumId w:val="4"/>
  </w:num>
  <w:num w:numId="5" w16cid:durableId="1023746970">
    <w:abstractNumId w:val="7"/>
  </w:num>
  <w:num w:numId="6" w16cid:durableId="2008750185">
    <w:abstractNumId w:val="3"/>
  </w:num>
  <w:num w:numId="7" w16cid:durableId="1441493014">
    <w:abstractNumId w:val="2"/>
  </w:num>
  <w:num w:numId="8" w16cid:durableId="903175183">
    <w:abstractNumId w:val="1"/>
  </w:num>
  <w:num w:numId="9" w16cid:durableId="10049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60C7"/>
    <w:rsid w:val="001017F1"/>
    <w:rsid w:val="0015074B"/>
    <w:rsid w:val="0029639D"/>
    <w:rsid w:val="00326F90"/>
    <w:rsid w:val="00432511"/>
    <w:rsid w:val="004463E5"/>
    <w:rsid w:val="0053436C"/>
    <w:rsid w:val="00601DC7"/>
    <w:rsid w:val="006815EA"/>
    <w:rsid w:val="00713C08"/>
    <w:rsid w:val="007E7673"/>
    <w:rsid w:val="009C766A"/>
    <w:rsid w:val="00AA1D8D"/>
    <w:rsid w:val="00B44C0C"/>
    <w:rsid w:val="00B47730"/>
    <w:rsid w:val="00CB0664"/>
    <w:rsid w:val="00E87EA5"/>
    <w:rsid w:val="00EA20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04C429"/>
  <w14:defaultImageDpi w14:val="300"/>
  <w15:docId w15:val="{62657EF0-C3EE-4DD4-9499-DB7F2313F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831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Laudo Técnico e Orçamento de Assistência Técnica</dc:title>
  <dc:subject>Ressarcimento de danos elétricos</dc:subject>
  <dc:creator/>
  <cp:keywords>laudo técnico, orçamento, ressarcimento, danos elétricos</cp:keywords>
  <dc:description>generated by python-docx</dc:description>
  <cp:lastModifiedBy>Flávio</cp:lastModifiedBy>
  <cp:revision>8</cp:revision>
  <dcterms:created xsi:type="dcterms:W3CDTF">2013-12-23T23:15:00Z</dcterms:created>
  <dcterms:modified xsi:type="dcterms:W3CDTF">2026-09-09T13:09:00Z</dcterms:modified>
  <cp:category/>
</cp:coreProperties>
</file>