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6091"/>
        <w:tblW w:w="0" w:type="auto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10236"/>
      </w:tblGrid>
      <w:tr w:rsidR="0081413A" w:rsidRPr="0081413A" w14:paraId="2097F8DE" w14:textId="77777777" w:rsidTr="0081413A">
        <w:trPr>
          <w:cantSplit/>
        </w:trPr>
        <w:tc>
          <w:tcPr>
            <w:tcW w:w="0" w:type="auto"/>
            <w:shd w:val="clear" w:color="auto" w:fill="1F497D" w:themeFill="text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6F658F" w14:textId="74B4BFFB" w:rsidR="0081413A" w:rsidRPr="0081413A" w:rsidRDefault="0081413A" w:rsidP="0081413A">
            <w:pPr>
              <w:keepLines/>
              <w:spacing w:line="240" w:lineRule="auto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lang w:val="pt-BR"/>
              </w:rPr>
            </w:pPr>
            <w:r w:rsidRPr="0081413A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  <w:lang w:val="pt-BR"/>
              </w:rPr>
              <w:t xml:space="preserve">COMUNICADO </w:t>
            </w:r>
            <w:r w:rsidR="007F4E7E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  <w:lang w:val="pt-BR"/>
              </w:rPr>
              <w:t>TÉRMINO</w:t>
            </w:r>
            <w:r w:rsidRPr="0081413A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  <w:lang w:val="pt-BR"/>
              </w:rPr>
              <w:t xml:space="preserve"> DE OBRA</w:t>
            </w:r>
          </w:p>
        </w:tc>
      </w:tr>
      <w:tr w:rsidR="0020474A" w14:paraId="6BB808F6" w14:textId="77777777" w:rsidTr="0081413A">
        <w:trPr>
          <w:cantSplit/>
        </w:trPr>
        <w:tc>
          <w:tcPr>
            <w:tcW w:w="0" w:type="auto"/>
            <w:shd w:val="clear" w:color="auto" w:fill="8EC3F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99434F" w14:textId="77777777" w:rsidR="0020474A" w:rsidRPr="0081413A" w:rsidRDefault="00000000" w:rsidP="0081413A">
            <w:pPr>
              <w:keepLines/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1413A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IDENTIFICAÇÃO</w:t>
            </w:r>
          </w:p>
        </w:tc>
      </w:tr>
      <w:tr w:rsidR="0020474A" w:rsidRPr="00C36DC5" w14:paraId="2F116244" w14:textId="77777777" w:rsidTr="0081413A">
        <w:trPr>
          <w:cantSplit/>
        </w:trPr>
        <w:tc>
          <w:tcPr>
            <w:tcW w:w="0" w:type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3CA85A" w14:textId="77777777" w:rsidR="0020474A" w:rsidRPr="0081413A" w:rsidRDefault="00000000" w:rsidP="0081413A">
            <w:pPr>
              <w:keepLines/>
              <w:spacing w:before="40" w:after="140" w:line="240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1413A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Ocupante: ______________________________________________  Fone: __________________</w:t>
            </w:r>
          </w:p>
          <w:p w14:paraId="48133639" w14:textId="77777777" w:rsidR="0020474A" w:rsidRPr="0081413A" w:rsidRDefault="00000000" w:rsidP="0081413A">
            <w:pPr>
              <w:keepLines/>
              <w:spacing w:after="140" w:line="240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1413A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Executora: ______________________________________________  Fone: __________________</w:t>
            </w:r>
          </w:p>
          <w:p w14:paraId="24140505" w14:textId="77777777" w:rsidR="0020474A" w:rsidRPr="0081413A" w:rsidRDefault="00000000" w:rsidP="0081413A">
            <w:pPr>
              <w:keepLines/>
              <w:spacing w:after="40" w:line="240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1413A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Responsável Técnico: ____________________________________  Data: ____/____/________</w:t>
            </w:r>
          </w:p>
        </w:tc>
      </w:tr>
      <w:tr w:rsidR="0020474A" w14:paraId="42C8FF07" w14:textId="77777777" w:rsidTr="0081413A">
        <w:trPr>
          <w:cantSplit/>
        </w:trPr>
        <w:tc>
          <w:tcPr>
            <w:tcW w:w="0" w:type="auto"/>
            <w:shd w:val="clear" w:color="auto" w:fill="8EC3F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F38F30" w14:textId="77777777" w:rsidR="0020474A" w:rsidRPr="0081413A" w:rsidRDefault="00000000" w:rsidP="0081413A">
            <w:pPr>
              <w:keepLines/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1413A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DADOS DA OBRA</w:t>
            </w:r>
          </w:p>
        </w:tc>
      </w:tr>
      <w:tr w:rsidR="0020474A" w:rsidRPr="00C36DC5" w14:paraId="5B62E15A" w14:textId="77777777" w:rsidTr="0081413A">
        <w:trPr>
          <w:cantSplit/>
        </w:trPr>
        <w:tc>
          <w:tcPr>
            <w:tcW w:w="0" w:type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EC7A2C" w14:textId="77777777" w:rsidR="0020474A" w:rsidRPr="0081413A" w:rsidRDefault="00000000" w:rsidP="0081413A">
            <w:pPr>
              <w:keepLines/>
              <w:spacing w:before="40" w:after="140" w:line="240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1413A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Projeto: ______________________________________________________________________</w:t>
            </w:r>
          </w:p>
          <w:p w14:paraId="1217C088" w14:textId="77777777" w:rsidR="0020474A" w:rsidRPr="0081413A" w:rsidRDefault="00000000" w:rsidP="0081413A">
            <w:pPr>
              <w:keepLines/>
              <w:spacing w:after="140" w:line="240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1413A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Localização: ___________________________________________________________________</w:t>
            </w:r>
          </w:p>
          <w:p w14:paraId="3441CD04" w14:textId="77777777" w:rsidR="0020474A" w:rsidRPr="0081413A" w:rsidRDefault="00000000" w:rsidP="0081413A">
            <w:pPr>
              <w:keepLines/>
              <w:spacing w:after="40" w:line="240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1413A">
              <w:rPr>
                <w:rFonts w:ascii="Calibri" w:hAnsi="Calibri" w:cs="Calibri"/>
                <w:color w:val="000000"/>
                <w:sz w:val="24"/>
                <w:szCs w:val="24"/>
                <w:lang w:val="pt-BR"/>
              </w:rPr>
              <w:t>Data de Início da Obra: ____/____/________</w:t>
            </w:r>
          </w:p>
        </w:tc>
      </w:tr>
      <w:tr w:rsidR="0020474A" w:rsidRPr="0081413A" w14:paraId="7DC00EB8" w14:textId="77777777" w:rsidTr="007F4E7E">
        <w:trPr>
          <w:cantSplit/>
          <w:trHeight w:val="320"/>
        </w:trPr>
        <w:tc>
          <w:tcPr>
            <w:tcW w:w="0" w:type="auto"/>
            <w:shd w:val="clear" w:color="auto" w:fill="8EC3F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6C1DCC" w14:textId="78532251" w:rsidR="0020474A" w:rsidRPr="007F4E7E" w:rsidRDefault="007F4E7E" w:rsidP="007F4E7E">
            <w:pPr>
              <w:keepNext/>
              <w:keepLines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F4E7E">
              <w:rPr>
                <w:rFonts w:ascii="Calibri" w:hAnsi="Calibri" w:cs="Calibri"/>
                <w:b/>
                <w:sz w:val="24"/>
                <w:szCs w:val="24"/>
              </w:rPr>
              <w:t>OBSERVAÇÕES SOBRE A EXECUÇÃO</w:t>
            </w:r>
          </w:p>
        </w:tc>
      </w:tr>
      <w:tr w:rsidR="0020474A" w:rsidRPr="0081413A" w14:paraId="6768EBDB" w14:textId="77777777" w:rsidTr="0081413A">
        <w:trPr>
          <w:cantSplit/>
        </w:trPr>
        <w:tc>
          <w:tcPr>
            <w:tcW w:w="0" w:type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01B389" w14:textId="3D204838" w:rsidR="007F4E7E" w:rsidRPr="0081413A" w:rsidRDefault="007F4E7E" w:rsidP="007F4E7E">
            <w:pPr>
              <w:keepLines/>
              <w:spacing w:before="60" w:after="120" w:line="360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>
              <w:rPr>
                <w:rFonts w:ascii="Calibri" w:hAnsi="Calibri" w:cs="Calibri"/>
                <w:sz w:val="24"/>
                <w:szCs w:val="24"/>
                <w:lang w:val="pt-BR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785170FF" w14:textId="1871CF22" w:rsidR="0020474A" w:rsidRPr="0081413A" w:rsidRDefault="0020474A" w:rsidP="0081413A">
            <w:pPr>
              <w:keepLines/>
              <w:spacing w:after="60" w:line="240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</w:tr>
      <w:tr w:rsidR="0020474A" w14:paraId="72EA435A" w14:textId="77777777" w:rsidTr="0081413A">
        <w:trPr>
          <w:cantSplit/>
        </w:trPr>
        <w:tc>
          <w:tcPr>
            <w:tcW w:w="0" w:type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CA25AB" w14:textId="77777777" w:rsidR="0081413A" w:rsidRDefault="0081413A" w:rsidP="0081413A">
            <w:pPr>
              <w:keepLines/>
              <w:spacing w:before="140" w:after="14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604C872A" w14:textId="27BE8391" w:rsidR="0020474A" w:rsidRPr="0081413A" w:rsidRDefault="00000000" w:rsidP="0081413A">
            <w:pPr>
              <w:keepLines/>
              <w:spacing w:before="140" w:after="14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81413A">
              <w:rPr>
                <w:rFonts w:ascii="Calibri" w:hAnsi="Calibri" w:cs="Calibri"/>
                <w:color w:val="000000"/>
                <w:sz w:val="24"/>
                <w:szCs w:val="24"/>
              </w:rPr>
              <w:t>Executor do serviço: _____________________________________  Fone: __________________</w:t>
            </w:r>
          </w:p>
        </w:tc>
      </w:tr>
    </w:tbl>
    <w:p w14:paraId="3278DE13" w14:textId="77777777" w:rsidR="0081413A" w:rsidRDefault="0081413A" w:rsidP="0081413A">
      <w:pPr>
        <w:jc w:val="right"/>
        <w:rPr>
          <w:rFonts w:cs="Arial"/>
          <w:lang w:val="pt-BR"/>
        </w:rPr>
      </w:pPr>
    </w:p>
    <w:p w14:paraId="6D536EAE" w14:textId="5C5E8DF5" w:rsidR="0081413A" w:rsidRPr="0081413A" w:rsidRDefault="0081413A" w:rsidP="0081413A">
      <w:pPr>
        <w:jc w:val="right"/>
        <w:rPr>
          <w:rFonts w:cs="Arial"/>
          <w:lang w:val="pt-BR"/>
        </w:rPr>
      </w:pPr>
      <w:r w:rsidRPr="0081413A">
        <w:rPr>
          <w:rFonts w:cs="Arial"/>
          <w:lang w:val="pt-BR"/>
        </w:rPr>
        <w:t>São Ludgero, XX  de XXXXX de 201X.</w:t>
      </w:r>
    </w:p>
    <w:p w14:paraId="34CA08BD" w14:textId="77777777" w:rsidR="0081413A" w:rsidRPr="0081413A" w:rsidRDefault="0081413A" w:rsidP="0081413A">
      <w:pPr>
        <w:rPr>
          <w:rFonts w:cs="Arial"/>
          <w:lang w:val="pt-BR"/>
        </w:rPr>
      </w:pPr>
    </w:p>
    <w:p w14:paraId="4E95266B" w14:textId="77777777" w:rsidR="0081413A" w:rsidRDefault="0081413A" w:rsidP="0081413A">
      <w:pPr>
        <w:rPr>
          <w:rFonts w:cs="Arial"/>
          <w:lang w:val="pt-BR"/>
        </w:rPr>
      </w:pPr>
    </w:p>
    <w:p w14:paraId="45BE1A7E" w14:textId="5BF484BD" w:rsidR="0081413A" w:rsidRDefault="0081413A" w:rsidP="0081413A">
      <w:pPr>
        <w:spacing w:line="360" w:lineRule="auto"/>
        <w:rPr>
          <w:rFonts w:cs="Arial"/>
          <w:lang w:val="pt-BR"/>
        </w:rPr>
      </w:pPr>
      <w:r w:rsidRPr="0081413A">
        <w:rPr>
          <w:rFonts w:cs="Arial"/>
          <w:lang w:val="pt-BR"/>
        </w:rPr>
        <w:t>À</w:t>
      </w:r>
    </w:p>
    <w:p w14:paraId="290B39D4" w14:textId="77777777" w:rsidR="0081413A" w:rsidRDefault="0081413A" w:rsidP="0081413A">
      <w:pPr>
        <w:spacing w:line="360" w:lineRule="auto"/>
        <w:rPr>
          <w:rFonts w:cs="Arial"/>
          <w:b/>
          <w:lang w:val="pt-BR"/>
        </w:rPr>
      </w:pPr>
      <w:r w:rsidRPr="0081413A">
        <w:rPr>
          <w:rFonts w:cs="Arial"/>
          <w:b/>
          <w:lang w:val="pt-BR"/>
        </w:rPr>
        <w:t>Cooperativa de Eletricidade de São Ludgero - Cegero.</w:t>
      </w:r>
    </w:p>
    <w:p w14:paraId="535725DA" w14:textId="507DF35A" w:rsidR="0081413A" w:rsidRPr="0081413A" w:rsidRDefault="0081413A" w:rsidP="0081413A">
      <w:pPr>
        <w:spacing w:line="360" w:lineRule="auto"/>
        <w:rPr>
          <w:rFonts w:cs="Arial"/>
          <w:bCs/>
          <w:lang w:val="pt-BR"/>
        </w:rPr>
      </w:pPr>
      <w:r w:rsidRPr="0081413A">
        <w:rPr>
          <w:rFonts w:cs="Arial"/>
          <w:bCs/>
          <w:lang w:val="pt-BR"/>
        </w:rPr>
        <w:t>Rua Dona Gertrudes, nº 1775, Bairro Divina Providência</w:t>
      </w:r>
    </w:p>
    <w:p w14:paraId="2026BF85" w14:textId="5DCB17A6" w:rsidR="00742227" w:rsidRPr="0081413A" w:rsidRDefault="0081413A" w:rsidP="0081413A">
      <w:pPr>
        <w:spacing w:line="360" w:lineRule="auto"/>
        <w:rPr>
          <w:rFonts w:cs="Arial"/>
          <w:lang w:val="pt-BR"/>
        </w:rPr>
      </w:pPr>
      <w:r w:rsidRPr="0081413A">
        <w:rPr>
          <w:rFonts w:cs="Arial"/>
          <w:lang w:val="pt-BR"/>
        </w:rPr>
        <w:t>São Ludgero – SC</w:t>
      </w:r>
    </w:p>
    <w:p w14:paraId="0AB8E80C" w14:textId="77777777" w:rsidR="0081413A" w:rsidRPr="0081413A" w:rsidRDefault="0081413A" w:rsidP="0081413A">
      <w:pPr>
        <w:spacing w:line="360" w:lineRule="auto"/>
        <w:rPr>
          <w:rFonts w:cs="Arial"/>
          <w:lang w:val="pt-BR"/>
        </w:rPr>
      </w:pPr>
    </w:p>
    <w:p w14:paraId="03C2FDD2" w14:textId="6995F221" w:rsidR="0081413A" w:rsidRPr="0081413A" w:rsidRDefault="0081413A" w:rsidP="0081413A">
      <w:pPr>
        <w:spacing w:line="360" w:lineRule="auto"/>
        <w:rPr>
          <w:rFonts w:cs="Arial"/>
          <w:lang w:val="pt-BR"/>
        </w:rPr>
      </w:pPr>
      <w:r w:rsidRPr="0081413A">
        <w:rPr>
          <w:rFonts w:cs="Arial"/>
          <w:lang w:val="pt-BR"/>
        </w:rPr>
        <w:t>Viemos, por meio desse, c</w:t>
      </w:r>
      <w:r>
        <w:rPr>
          <w:rFonts w:cs="Arial"/>
          <w:lang w:val="pt-BR"/>
        </w:rPr>
        <w:t xml:space="preserve">omunicar o </w:t>
      </w:r>
      <w:r w:rsidR="00C36DC5">
        <w:rPr>
          <w:rFonts w:cs="Arial"/>
          <w:lang w:val="pt-BR"/>
        </w:rPr>
        <w:t xml:space="preserve">término </w:t>
      </w:r>
      <w:r>
        <w:rPr>
          <w:rFonts w:cs="Arial"/>
          <w:lang w:val="pt-BR"/>
        </w:rPr>
        <w:t>das obras de compartilhamento de infraestrutura, conforme informações abaixo:</w:t>
      </w:r>
    </w:p>
    <w:p w14:paraId="31CA73C9" w14:textId="77777777" w:rsidR="0081413A" w:rsidRPr="0081413A" w:rsidRDefault="0081413A" w:rsidP="0081413A">
      <w:pPr>
        <w:rPr>
          <w:rFonts w:cs="Arial"/>
          <w:lang w:val="pt-BR"/>
        </w:rPr>
      </w:pPr>
    </w:p>
    <w:p w14:paraId="421B2DF2" w14:textId="77777777" w:rsidR="0081413A" w:rsidRPr="0081413A" w:rsidRDefault="0081413A" w:rsidP="0081413A">
      <w:pPr>
        <w:rPr>
          <w:rFonts w:cs="Arial"/>
          <w:lang w:val="pt-BR"/>
        </w:rPr>
      </w:pPr>
    </w:p>
    <w:sectPr w:rsidR="0081413A" w:rsidRPr="0081413A" w:rsidSect="0081413A">
      <w:headerReference w:type="default" r:id="rId8"/>
      <w:footerReference w:type="default" r:id="rId9"/>
      <w:pgSz w:w="11906" w:h="16838"/>
      <w:pgMar w:top="1843" w:right="822" w:bottom="822" w:left="822" w:header="720" w:footer="1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F45B3" w14:textId="77777777" w:rsidR="00997BC4" w:rsidRDefault="00997BC4" w:rsidP="0081413A">
      <w:pPr>
        <w:spacing w:line="240" w:lineRule="auto"/>
      </w:pPr>
      <w:r>
        <w:separator/>
      </w:r>
    </w:p>
  </w:endnote>
  <w:endnote w:type="continuationSeparator" w:id="0">
    <w:p w14:paraId="1F9B5BD5" w14:textId="77777777" w:rsidR="00997BC4" w:rsidRDefault="00997BC4" w:rsidP="008141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9B7FF" w14:textId="77777777" w:rsidR="0081413A" w:rsidRPr="0081413A" w:rsidRDefault="0081413A" w:rsidP="0081413A">
    <w:pPr>
      <w:pStyle w:val="Rodap"/>
      <w:jc w:val="center"/>
      <w:rPr>
        <w:sz w:val="16"/>
        <w:szCs w:val="16"/>
        <w:lang w:val="pt-BR"/>
      </w:rPr>
    </w:pPr>
    <w:bookmarkStart w:id="0" w:name="_Hlk506532718"/>
    <w:r w:rsidRPr="0081413A">
      <w:rPr>
        <w:sz w:val="16"/>
        <w:szCs w:val="16"/>
        <w:lang w:val="pt-BR"/>
      </w:rPr>
      <w:t>Rua Dona Gertrudes, nº 1775, Bairro Divina Providência, São Ludgero – SC, CEP 88730-000</w:t>
    </w:r>
    <w:bookmarkEnd w:id="0"/>
  </w:p>
  <w:p w14:paraId="02B4A03C" w14:textId="77777777" w:rsidR="0081413A" w:rsidRPr="00C80CFF" w:rsidRDefault="0081413A" w:rsidP="0081413A">
    <w:pPr>
      <w:pStyle w:val="Rodap"/>
      <w:jc w:val="center"/>
    </w:pPr>
    <w:r w:rsidRPr="00C80CFF">
      <w:rPr>
        <w:sz w:val="16"/>
        <w:szCs w:val="16"/>
      </w:rPr>
      <w:t>Fon</w:t>
    </w:r>
    <w:r>
      <w:rPr>
        <w:sz w:val="16"/>
        <w:szCs w:val="16"/>
      </w:rPr>
      <w:t xml:space="preserve">e: 0800-6446066 / 36578100 / </w:t>
    </w:r>
    <w:hyperlink r:id="rId1" w:history="1">
      <w:r w:rsidRPr="00366C79">
        <w:rPr>
          <w:rStyle w:val="Hyperlink"/>
          <w:sz w:val="16"/>
          <w:szCs w:val="16"/>
        </w:rPr>
        <w:t>www.cegero.coop.br</w:t>
      </w:r>
    </w:hyperlink>
  </w:p>
  <w:p w14:paraId="49D9CF08" w14:textId="77777777" w:rsidR="0081413A" w:rsidRDefault="0081413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00756" w14:textId="77777777" w:rsidR="00997BC4" w:rsidRDefault="00997BC4" w:rsidP="0081413A">
      <w:pPr>
        <w:spacing w:line="240" w:lineRule="auto"/>
      </w:pPr>
      <w:r>
        <w:separator/>
      </w:r>
    </w:p>
  </w:footnote>
  <w:footnote w:type="continuationSeparator" w:id="0">
    <w:p w14:paraId="786E80DA" w14:textId="77777777" w:rsidR="00997BC4" w:rsidRDefault="00997BC4" w:rsidP="008141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3D508" w14:textId="0EB26EEC" w:rsidR="0081413A" w:rsidRPr="0081413A" w:rsidRDefault="0081413A" w:rsidP="0081413A">
    <w:pPr>
      <w:jc w:val="right"/>
      <w:rPr>
        <w:rFonts w:asciiTheme="majorHAnsi" w:hAnsiTheme="majorHAnsi" w:cstheme="majorHAnsi"/>
        <w:sz w:val="20"/>
        <w:szCs w:val="20"/>
        <w:lang w:val="pt-BR"/>
      </w:rPr>
    </w:pPr>
    <w:r w:rsidRPr="0081413A">
      <w:rPr>
        <w:rFonts w:asciiTheme="majorHAnsi" w:hAnsiTheme="majorHAnsi" w:cstheme="majorHAnsi"/>
        <w:noProof/>
        <w:sz w:val="20"/>
        <w:szCs w:val="20"/>
      </w:rPr>
      <w:drawing>
        <wp:anchor distT="0" distB="0" distL="114300" distR="114300" simplePos="0" relativeHeight="251656704" behindDoc="0" locked="0" layoutInCell="1" allowOverlap="1" wp14:anchorId="2FFAE018" wp14:editId="3B0D779C">
          <wp:simplePos x="0" y="0"/>
          <wp:positionH relativeFrom="column">
            <wp:posOffset>5715</wp:posOffset>
          </wp:positionH>
          <wp:positionV relativeFrom="paragraph">
            <wp:posOffset>7620</wp:posOffset>
          </wp:positionV>
          <wp:extent cx="984250" cy="695325"/>
          <wp:effectExtent l="0" t="0" r="6350" b="9525"/>
          <wp:wrapNone/>
          <wp:docPr id="11181968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25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1413A">
      <w:rPr>
        <w:rFonts w:asciiTheme="majorHAnsi" w:hAnsiTheme="majorHAnsi" w:cstheme="majorHAnsi"/>
        <w:b/>
        <w:sz w:val="20"/>
        <w:szCs w:val="20"/>
        <w:lang w:val="pt-BR"/>
      </w:rPr>
      <w:t xml:space="preserve">COOPERATIVA DE ELETRICIDADE DE SÃO LUDGERO - CEGERO </w:t>
    </w:r>
  </w:p>
  <w:p w14:paraId="64C0655A" w14:textId="77777777" w:rsidR="0081413A" w:rsidRPr="0081413A" w:rsidRDefault="0081413A" w:rsidP="0081413A">
    <w:pPr>
      <w:jc w:val="right"/>
      <w:rPr>
        <w:rFonts w:asciiTheme="majorHAnsi" w:hAnsiTheme="majorHAnsi" w:cstheme="majorHAnsi"/>
        <w:sz w:val="20"/>
        <w:szCs w:val="20"/>
        <w:lang w:val="pt-BR"/>
      </w:rPr>
    </w:pPr>
    <w:r w:rsidRPr="0081413A">
      <w:rPr>
        <w:rFonts w:asciiTheme="majorHAnsi" w:hAnsiTheme="majorHAnsi" w:cstheme="majorHAnsi"/>
        <w:sz w:val="20"/>
        <w:szCs w:val="20"/>
        <w:lang w:val="pt-BR"/>
      </w:rPr>
      <w:t>Inscrição Estadual: 251.953.220 - CNPJ: 86.444.163/0001-89</w:t>
    </w:r>
  </w:p>
  <w:p w14:paraId="43FD188B" w14:textId="77777777" w:rsidR="0081413A" w:rsidRPr="0081413A" w:rsidRDefault="0081413A" w:rsidP="0081413A">
    <w:pPr>
      <w:jc w:val="right"/>
      <w:rPr>
        <w:rFonts w:asciiTheme="majorHAnsi" w:hAnsiTheme="majorHAnsi" w:cstheme="majorHAnsi"/>
        <w:sz w:val="20"/>
        <w:szCs w:val="20"/>
        <w:lang w:val="pt-BR"/>
      </w:rPr>
    </w:pPr>
    <w:r w:rsidRPr="0081413A">
      <w:rPr>
        <w:rFonts w:asciiTheme="majorHAnsi" w:hAnsiTheme="majorHAnsi" w:cstheme="majorHAnsi"/>
        <w:sz w:val="20"/>
        <w:szCs w:val="20"/>
        <w:lang w:val="pt-BR"/>
      </w:rPr>
      <w:t>NIRE  4.24.0000050-9 (Cooperativa)</w:t>
    </w:r>
  </w:p>
  <w:p w14:paraId="5FA36715" w14:textId="77777777" w:rsidR="0081413A" w:rsidRPr="0081413A" w:rsidRDefault="0081413A" w:rsidP="0081413A">
    <w:pPr>
      <w:jc w:val="right"/>
      <w:rPr>
        <w:rFonts w:asciiTheme="majorHAnsi" w:hAnsiTheme="majorHAnsi" w:cstheme="majorHAnsi"/>
        <w:sz w:val="20"/>
        <w:szCs w:val="20"/>
      </w:rPr>
    </w:pPr>
    <w:r w:rsidRPr="0081413A">
      <w:rPr>
        <w:rFonts w:asciiTheme="majorHAnsi" w:hAnsiTheme="majorHAnsi" w:cstheme="majorHAnsi"/>
        <w:sz w:val="20"/>
        <w:szCs w:val="20"/>
      </w:rPr>
      <w:t>RG. OCESC: 129. RG. ANEEL: 5356</w:t>
    </w:r>
  </w:p>
  <w:p w14:paraId="0E122590" w14:textId="77777777" w:rsidR="0081413A" w:rsidRDefault="0081413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177334">
    <w:abstractNumId w:val="8"/>
  </w:num>
  <w:num w:numId="2" w16cid:durableId="380906379">
    <w:abstractNumId w:val="6"/>
  </w:num>
  <w:num w:numId="3" w16cid:durableId="1779979887">
    <w:abstractNumId w:val="5"/>
  </w:num>
  <w:num w:numId="4" w16cid:durableId="1038553389">
    <w:abstractNumId w:val="4"/>
  </w:num>
  <w:num w:numId="5" w16cid:durableId="508445615">
    <w:abstractNumId w:val="7"/>
  </w:num>
  <w:num w:numId="6" w16cid:durableId="414936017">
    <w:abstractNumId w:val="3"/>
  </w:num>
  <w:num w:numId="7" w16cid:durableId="1653020530">
    <w:abstractNumId w:val="2"/>
  </w:num>
  <w:num w:numId="8" w16cid:durableId="1440761327">
    <w:abstractNumId w:val="1"/>
  </w:num>
  <w:num w:numId="9" w16cid:durableId="663168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4FC3"/>
    <w:rsid w:val="0015074B"/>
    <w:rsid w:val="0020474A"/>
    <w:rsid w:val="0029639D"/>
    <w:rsid w:val="00326F90"/>
    <w:rsid w:val="0055389F"/>
    <w:rsid w:val="00742227"/>
    <w:rsid w:val="007F4E7E"/>
    <w:rsid w:val="0081413A"/>
    <w:rsid w:val="0086618B"/>
    <w:rsid w:val="00997BC4"/>
    <w:rsid w:val="00A313C6"/>
    <w:rsid w:val="00AA1D8D"/>
    <w:rsid w:val="00B47730"/>
    <w:rsid w:val="00C36DC5"/>
    <w:rsid w:val="00CB0664"/>
    <w:rsid w:val="00F57B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D805E1"/>
  <w14:defaultImageDpi w14:val="300"/>
  <w15:docId w15:val="{C68486CA-A5A5-4C33-B8F2-0B395261B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8141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egero.coop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Comunicado de Início de Obra</dc:title>
  <dc:subject>Formulário de comunicação de início de obra</dc:subject>
  <dc:creator>CEGERO</dc:creator>
  <cp:keywords/>
  <dc:description>generated by python-docx</dc:description>
  <cp:lastModifiedBy>Flávio</cp:lastModifiedBy>
  <cp:revision>4</cp:revision>
  <dcterms:created xsi:type="dcterms:W3CDTF">2026-09-11T16:50:00Z</dcterms:created>
  <dcterms:modified xsi:type="dcterms:W3CDTF">2026-09-11T16:54:00Z</dcterms:modified>
  <cp:category/>
</cp:coreProperties>
</file>